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8BE1" w14:textId="2FC53E02" w:rsidR="00BB5B11" w:rsidRPr="00C45B4B" w:rsidRDefault="00000000" w:rsidP="0006743D">
      <w:pPr>
        <w:jc w:val="center"/>
        <w:rPr>
          <w:rFonts w:cs="Times New Roman"/>
          <w:sz w:val="24"/>
          <w:szCs w:val="24"/>
        </w:rPr>
      </w:pPr>
      <w:r w:rsidRPr="00C45B4B">
        <w:rPr>
          <w:rFonts w:cs="Times New Roman"/>
          <w:b/>
          <w:sz w:val="24"/>
          <w:szCs w:val="24"/>
        </w:rPr>
        <w:t>DESKRIPSI APLIKASI DAN MANUAL BOOK</w:t>
      </w:r>
      <w:r w:rsidRPr="00C45B4B">
        <w:rPr>
          <w:rFonts w:cs="Times New Roman"/>
          <w:b/>
          <w:sz w:val="24"/>
          <w:szCs w:val="24"/>
        </w:rPr>
        <w:br/>
      </w:r>
      <w:r w:rsidRPr="00C45B4B">
        <w:rPr>
          <w:rFonts w:cs="Times New Roman"/>
          <w:b/>
          <w:sz w:val="96"/>
          <w:szCs w:val="96"/>
        </w:rPr>
        <w:t>PROLINKA</w:t>
      </w:r>
      <w:r w:rsidR="00411A0A" w:rsidRPr="00C45B4B">
        <w:rPr>
          <w:rFonts w:cs="Times New Roman"/>
          <w:b/>
          <w:sz w:val="96"/>
          <w:szCs w:val="96"/>
        </w:rPr>
        <w:br/>
      </w:r>
      <w:r w:rsidRPr="00C45B4B">
        <w:rPr>
          <w:rFonts w:cs="Times New Roman"/>
          <w:sz w:val="24"/>
          <w:szCs w:val="24"/>
        </w:rPr>
        <w:t>Platform Kolaborasi Akademik dan Manajemen Sistem</w:t>
      </w:r>
      <w:r w:rsidRPr="00C45B4B">
        <w:rPr>
          <w:rFonts w:cs="Times New Roman"/>
          <w:sz w:val="24"/>
          <w:szCs w:val="24"/>
        </w:rPr>
        <w:br/>
      </w:r>
    </w:p>
    <w:p w14:paraId="4C672BC7" w14:textId="77777777" w:rsidR="00BB5B11" w:rsidRPr="00C45B4B" w:rsidRDefault="00000000" w:rsidP="00EB2CBD">
      <w:pPr>
        <w:jc w:val="both"/>
        <w:rPr>
          <w:rFonts w:cs="Times New Roman"/>
          <w:sz w:val="24"/>
          <w:szCs w:val="24"/>
        </w:rPr>
      </w:pPr>
      <w:r w:rsidRPr="00C45B4B">
        <w:rPr>
          <w:rFonts w:cs="Times New Roman"/>
          <w:sz w:val="24"/>
          <w:szCs w:val="24"/>
        </w:rPr>
        <w:br w:type="page"/>
      </w:r>
    </w:p>
    <w:p w14:paraId="2D0740A5" w14:textId="77777777" w:rsidR="00BB5B11" w:rsidRPr="00C45B4B" w:rsidRDefault="00000000" w:rsidP="00EB2CBD">
      <w:pPr>
        <w:pStyle w:val="Heading1"/>
        <w:jc w:val="both"/>
        <w:rPr>
          <w:rFonts w:ascii="Times New Roman" w:hAnsi="Times New Roman" w:cs="Times New Roman"/>
          <w:sz w:val="24"/>
          <w:szCs w:val="24"/>
        </w:rPr>
      </w:pPr>
      <w:r w:rsidRPr="00C45B4B">
        <w:rPr>
          <w:rFonts w:ascii="Times New Roman" w:hAnsi="Times New Roman" w:cs="Times New Roman"/>
          <w:sz w:val="24"/>
          <w:szCs w:val="24"/>
        </w:rPr>
        <w:lastRenderedPageBreak/>
        <w:t>BAB 1 - DESKRIPSI APLIKASI PROLINKA</w:t>
      </w:r>
    </w:p>
    <w:p w14:paraId="6FE8FDBE" w14:textId="77777777" w:rsidR="004A52F7" w:rsidRPr="00C45B4B" w:rsidRDefault="004A52F7" w:rsidP="004A52F7">
      <w:pPr>
        <w:rPr>
          <w:rFonts w:cs="Times New Roman"/>
        </w:rPr>
      </w:pPr>
    </w:p>
    <w:p w14:paraId="7C1E3A0D" w14:textId="77777777" w:rsidR="00A63329" w:rsidRPr="00C45B4B" w:rsidRDefault="00000000" w:rsidP="00EB2CBD">
      <w:pPr>
        <w:jc w:val="both"/>
        <w:rPr>
          <w:rFonts w:cs="Times New Roman"/>
          <w:sz w:val="24"/>
          <w:szCs w:val="24"/>
        </w:rPr>
      </w:pPr>
      <w:r w:rsidRPr="00C45B4B">
        <w:rPr>
          <w:rFonts w:cs="Times New Roman"/>
          <w:b/>
          <w:sz w:val="24"/>
          <w:szCs w:val="24"/>
        </w:rPr>
        <w:t xml:space="preserve">PROLINKA </w:t>
      </w:r>
      <w:r w:rsidRPr="00C45B4B">
        <w:rPr>
          <w:rFonts w:cs="Times New Roman"/>
          <w:sz w:val="24"/>
          <w:szCs w:val="24"/>
        </w:rPr>
        <w:t xml:space="preserve">merupakan aplikasi berbasis web yang dirancang untuk mendukung pengelolaan kolaborasi akademik, administrasi, pengendalian data, serta monitoring aktivitas pengguna dalam lingkungan pendidikan dan organisasi. </w:t>
      </w:r>
    </w:p>
    <w:p w14:paraId="0A47BB22" w14:textId="7AF09F5A" w:rsidR="00BB5B11" w:rsidRPr="00C45B4B" w:rsidRDefault="00000000" w:rsidP="00EB2CBD">
      <w:pPr>
        <w:jc w:val="both"/>
        <w:rPr>
          <w:rFonts w:cs="Times New Roman"/>
          <w:sz w:val="24"/>
          <w:szCs w:val="24"/>
        </w:rPr>
      </w:pPr>
      <w:r w:rsidRPr="00C45B4B">
        <w:rPr>
          <w:rFonts w:cs="Times New Roman"/>
          <w:sz w:val="24"/>
          <w:szCs w:val="24"/>
        </w:rPr>
        <w:t>Aplikasi ini dikembangkan menggunakan framework CodeIgniter dan database MySQL dengan konsep multi-user dan dashboard terintegrasi.</w:t>
      </w:r>
    </w:p>
    <w:p w14:paraId="7CE2BBDF" w14:textId="77777777"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1.1 Tujuan Aplikasi</w:t>
      </w:r>
    </w:p>
    <w:p w14:paraId="214E66E1" w14:textId="77777777" w:rsidR="00BB5B11" w:rsidRPr="00C45B4B" w:rsidRDefault="00000000" w:rsidP="00EB2CBD">
      <w:pPr>
        <w:pStyle w:val="ListBullet"/>
        <w:jc w:val="both"/>
        <w:rPr>
          <w:rFonts w:cs="Times New Roman"/>
          <w:sz w:val="24"/>
          <w:szCs w:val="24"/>
        </w:rPr>
      </w:pPr>
      <w:r w:rsidRPr="00C45B4B">
        <w:rPr>
          <w:rFonts w:cs="Times New Roman"/>
          <w:sz w:val="24"/>
          <w:szCs w:val="24"/>
        </w:rPr>
        <w:t>Mempermudah pengelolaan data akademik dan administrasi.</w:t>
      </w:r>
    </w:p>
    <w:p w14:paraId="57CD8BCC" w14:textId="77777777" w:rsidR="00BB5B11" w:rsidRPr="00C45B4B" w:rsidRDefault="00000000" w:rsidP="00EB2CBD">
      <w:pPr>
        <w:pStyle w:val="ListBullet"/>
        <w:jc w:val="both"/>
        <w:rPr>
          <w:rFonts w:cs="Times New Roman"/>
          <w:sz w:val="24"/>
          <w:szCs w:val="24"/>
        </w:rPr>
      </w:pPr>
      <w:r w:rsidRPr="00C45B4B">
        <w:rPr>
          <w:rFonts w:cs="Times New Roman"/>
          <w:sz w:val="24"/>
          <w:szCs w:val="24"/>
        </w:rPr>
        <w:t>Meningkatkan efektivitas kolaborasi antar pengguna.</w:t>
      </w:r>
    </w:p>
    <w:p w14:paraId="0378E495" w14:textId="77777777" w:rsidR="00BB5B11" w:rsidRPr="00C45B4B" w:rsidRDefault="00000000" w:rsidP="00EB2CBD">
      <w:pPr>
        <w:pStyle w:val="ListBullet"/>
        <w:jc w:val="both"/>
        <w:rPr>
          <w:rFonts w:cs="Times New Roman"/>
          <w:sz w:val="24"/>
          <w:szCs w:val="24"/>
        </w:rPr>
      </w:pPr>
      <w:r w:rsidRPr="00C45B4B">
        <w:rPr>
          <w:rFonts w:cs="Times New Roman"/>
          <w:sz w:val="24"/>
          <w:szCs w:val="24"/>
        </w:rPr>
        <w:t>Menyediakan sistem monitoring dan dashboard informasi secara real-time.</w:t>
      </w:r>
    </w:p>
    <w:p w14:paraId="4FE5E8F1" w14:textId="77777777" w:rsidR="00BB5B11" w:rsidRPr="00C45B4B" w:rsidRDefault="00000000" w:rsidP="00EB2CBD">
      <w:pPr>
        <w:pStyle w:val="ListBullet"/>
        <w:jc w:val="both"/>
        <w:rPr>
          <w:rFonts w:cs="Times New Roman"/>
          <w:sz w:val="24"/>
          <w:szCs w:val="24"/>
        </w:rPr>
      </w:pPr>
      <w:r w:rsidRPr="00C45B4B">
        <w:rPr>
          <w:rFonts w:cs="Times New Roman"/>
          <w:sz w:val="24"/>
          <w:szCs w:val="24"/>
        </w:rPr>
        <w:t>Mendukung pengelolaan user dan hak akses berbasis role.</w:t>
      </w:r>
    </w:p>
    <w:p w14:paraId="422643F6" w14:textId="77777777" w:rsidR="00BB5B11" w:rsidRPr="00C45B4B" w:rsidRDefault="00000000" w:rsidP="00EB2CBD">
      <w:pPr>
        <w:pStyle w:val="ListBullet"/>
        <w:jc w:val="both"/>
        <w:rPr>
          <w:rFonts w:cs="Times New Roman"/>
          <w:sz w:val="24"/>
          <w:szCs w:val="24"/>
        </w:rPr>
      </w:pPr>
      <w:r w:rsidRPr="00C45B4B">
        <w:rPr>
          <w:rFonts w:cs="Times New Roman"/>
          <w:sz w:val="24"/>
          <w:szCs w:val="24"/>
        </w:rPr>
        <w:t>Mempermudah proses dokumentasi, evaluasi, dan pelaporan.</w:t>
      </w:r>
    </w:p>
    <w:p w14:paraId="510A091C" w14:textId="77777777"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1.2 Fitur Utama PROLINKA</w:t>
      </w:r>
    </w:p>
    <w:p w14:paraId="090C61B9"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Login Multi User: </w:t>
      </w:r>
      <w:r w:rsidRPr="00C45B4B">
        <w:rPr>
          <w:rFonts w:cs="Times New Roman"/>
          <w:sz w:val="24"/>
          <w:szCs w:val="24"/>
        </w:rPr>
        <w:t>Sistem login dengan autentikasi dan hak akses berbeda sesuai role pengguna.</w:t>
      </w:r>
    </w:p>
    <w:p w14:paraId="3B0DB4EC"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Dashboard Interaktif: </w:t>
      </w:r>
      <w:r w:rsidRPr="00C45B4B">
        <w:rPr>
          <w:rFonts w:cs="Times New Roman"/>
          <w:sz w:val="24"/>
          <w:szCs w:val="24"/>
        </w:rPr>
        <w:t>Menampilkan statistik, informasi, dan aktivitas pengguna secara visual.</w:t>
      </w:r>
    </w:p>
    <w:p w14:paraId="17E29CDA"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Manajemen User: </w:t>
      </w:r>
      <w:r w:rsidRPr="00C45B4B">
        <w:rPr>
          <w:rFonts w:cs="Times New Roman"/>
          <w:sz w:val="24"/>
          <w:szCs w:val="24"/>
        </w:rPr>
        <w:t>Pengelolaan data pengguna, role, dan status akun.</w:t>
      </w:r>
    </w:p>
    <w:p w14:paraId="6BA805E0"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Manajemen Data: </w:t>
      </w:r>
      <w:r w:rsidRPr="00C45B4B">
        <w:rPr>
          <w:rFonts w:cs="Times New Roman"/>
          <w:sz w:val="24"/>
          <w:szCs w:val="24"/>
        </w:rPr>
        <w:t>Fitur CRUD data untuk berbagai kebutuhan administrasi dan akademik.</w:t>
      </w:r>
    </w:p>
    <w:p w14:paraId="27F6426F"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Sistem Monitoring: </w:t>
      </w:r>
      <w:r w:rsidRPr="00C45B4B">
        <w:rPr>
          <w:rFonts w:cs="Times New Roman"/>
          <w:sz w:val="24"/>
          <w:szCs w:val="24"/>
        </w:rPr>
        <w:t>Monitoring aktivitas dan progres data secara terstruktur.</w:t>
      </w:r>
    </w:p>
    <w:p w14:paraId="2D5F7112"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Laporan dan Rekapitulasi: </w:t>
      </w:r>
      <w:r w:rsidRPr="00C45B4B">
        <w:rPr>
          <w:rFonts w:cs="Times New Roman"/>
          <w:sz w:val="24"/>
          <w:szCs w:val="24"/>
        </w:rPr>
        <w:t>Menyediakan fitur laporan data dalam bentuk tabel maupun cetak.</w:t>
      </w:r>
    </w:p>
    <w:p w14:paraId="418183B9" w14:textId="77777777" w:rsidR="00BB5B11" w:rsidRPr="00C45B4B" w:rsidRDefault="00000000" w:rsidP="00EB2CBD">
      <w:pPr>
        <w:pStyle w:val="ListNumber"/>
        <w:jc w:val="both"/>
        <w:rPr>
          <w:rFonts w:cs="Times New Roman"/>
          <w:sz w:val="24"/>
          <w:szCs w:val="24"/>
        </w:rPr>
      </w:pPr>
      <w:r w:rsidRPr="00C45B4B">
        <w:rPr>
          <w:rFonts w:cs="Times New Roman"/>
          <w:b/>
          <w:sz w:val="24"/>
          <w:szCs w:val="24"/>
        </w:rPr>
        <w:t xml:space="preserve">Keamanan Sistem: </w:t>
      </w:r>
      <w:r w:rsidRPr="00C45B4B">
        <w:rPr>
          <w:rFonts w:cs="Times New Roman"/>
          <w:sz w:val="24"/>
          <w:szCs w:val="24"/>
        </w:rPr>
        <w:t>Menggunakan session, validasi input, dan hash password untuk keamanan data.</w:t>
      </w:r>
    </w:p>
    <w:p w14:paraId="20A7354A" w14:textId="77777777"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1.3 Teknologi yang Digunakan</w:t>
      </w:r>
    </w:p>
    <w:p w14:paraId="49B40CA2" w14:textId="77777777" w:rsidR="00BB5B11" w:rsidRPr="00C45B4B" w:rsidRDefault="00000000" w:rsidP="00EB2CBD">
      <w:pPr>
        <w:pStyle w:val="ListBullet"/>
        <w:jc w:val="both"/>
        <w:rPr>
          <w:rFonts w:cs="Times New Roman"/>
          <w:sz w:val="24"/>
          <w:szCs w:val="24"/>
        </w:rPr>
      </w:pPr>
      <w:r w:rsidRPr="00C45B4B">
        <w:rPr>
          <w:rFonts w:cs="Times New Roman"/>
          <w:sz w:val="24"/>
          <w:szCs w:val="24"/>
        </w:rPr>
        <w:t>Framework: CodeIgniter 3</w:t>
      </w:r>
    </w:p>
    <w:p w14:paraId="1B5577E6" w14:textId="77777777" w:rsidR="00BB5B11" w:rsidRPr="00C45B4B" w:rsidRDefault="00000000" w:rsidP="00EB2CBD">
      <w:pPr>
        <w:pStyle w:val="ListBullet"/>
        <w:jc w:val="both"/>
        <w:rPr>
          <w:rFonts w:cs="Times New Roman"/>
          <w:sz w:val="24"/>
          <w:szCs w:val="24"/>
        </w:rPr>
      </w:pPr>
      <w:r w:rsidRPr="00C45B4B">
        <w:rPr>
          <w:rFonts w:cs="Times New Roman"/>
          <w:sz w:val="24"/>
          <w:szCs w:val="24"/>
        </w:rPr>
        <w:t>Bahasa Pemrograman: PHP</w:t>
      </w:r>
    </w:p>
    <w:p w14:paraId="38E56C40" w14:textId="77777777" w:rsidR="00BB5B11" w:rsidRPr="00C45B4B" w:rsidRDefault="00000000" w:rsidP="00EB2CBD">
      <w:pPr>
        <w:pStyle w:val="ListBullet"/>
        <w:jc w:val="both"/>
        <w:rPr>
          <w:rFonts w:cs="Times New Roman"/>
          <w:sz w:val="24"/>
          <w:szCs w:val="24"/>
        </w:rPr>
      </w:pPr>
      <w:r w:rsidRPr="00C45B4B">
        <w:rPr>
          <w:rFonts w:cs="Times New Roman"/>
          <w:sz w:val="24"/>
          <w:szCs w:val="24"/>
        </w:rPr>
        <w:t>Database: MySQL / MariaDB</w:t>
      </w:r>
    </w:p>
    <w:p w14:paraId="5476A7D8" w14:textId="77777777" w:rsidR="00BB5B11" w:rsidRPr="00C45B4B" w:rsidRDefault="00000000" w:rsidP="00EB2CBD">
      <w:pPr>
        <w:pStyle w:val="ListBullet"/>
        <w:jc w:val="both"/>
        <w:rPr>
          <w:rFonts w:cs="Times New Roman"/>
          <w:sz w:val="24"/>
          <w:szCs w:val="24"/>
        </w:rPr>
      </w:pPr>
      <w:r w:rsidRPr="00C45B4B">
        <w:rPr>
          <w:rFonts w:cs="Times New Roman"/>
          <w:sz w:val="24"/>
          <w:szCs w:val="24"/>
        </w:rPr>
        <w:t>Frontend: Bootstrap, HTML, CSS, JavaScript</w:t>
      </w:r>
    </w:p>
    <w:p w14:paraId="6711E614" w14:textId="77777777" w:rsidR="00BB5B11" w:rsidRPr="00C45B4B" w:rsidRDefault="00000000" w:rsidP="00EB2CBD">
      <w:pPr>
        <w:pStyle w:val="ListBullet"/>
        <w:jc w:val="both"/>
        <w:rPr>
          <w:rFonts w:cs="Times New Roman"/>
          <w:sz w:val="24"/>
          <w:szCs w:val="24"/>
        </w:rPr>
      </w:pPr>
      <w:r w:rsidRPr="00C45B4B">
        <w:rPr>
          <w:rFonts w:cs="Times New Roman"/>
          <w:sz w:val="24"/>
          <w:szCs w:val="24"/>
        </w:rPr>
        <w:t>Library Tambahan: jQuery, DataTables, SweetAlert</w:t>
      </w:r>
    </w:p>
    <w:p w14:paraId="34B47A96" w14:textId="77777777" w:rsidR="00BB5B11" w:rsidRPr="00C45B4B" w:rsidRDefault="00000000" w:rsidP="00EB2CBD">
      <w:pPr>
        <w:jc w:val="both"/>
        <w:rPr>
          <w:rFonts w:cs="Times New Roman"/>
          <w:sz w:val="24"/>
          <w:szCs w:val="24"/>
        </w:rPr>
      </w:pPr>
      <w:r w:rsidRPr="00C45B4B">
        <w:rPr>
          <w:rFonts w:cs="Times New Roman"/>
          <w:sz w:val="24"/>
          <w:szCs w:val="24"/>
        </w:rPr>
        <w:br w:type="page"/>
      </w:r>
    </w:p>
    <w:p w14:paraId="0ACFA6DC" w14:textId="77777777" w:rsidR="00BB5B11" w:rsidRPr="00C45B4B" w:rsidRDefault="00000000" w:rsidP="00EB2CBD">
      <w:pPr>
        <w:pStyle w:val="Heading1"/>
        <w:jc w:val="both"/>
        <w:rPr>
          <w:rFonts w:ascii="Times New Roman" w:hAnsi="Times New Roman" w:cs="Times New Roman"/>
          <w:sz w:val="24"/>
          <w:szCs w:val="24"/>
        </w:rPr>
      </w:pPr>
      <w:r w:rsidRPr="00C45B4B">
        <w:rPr>
          <w:rFonts w:ascii="Times New Roman" w:hAnsi="Times New Roman" w:cs="Times New Roman"/>
          <w:sz w:val="24"/>
          <w:szCs w:val="24"/>
        </w:rPr>
        <w:lastRenderedPageBreak/>
        <w:t>BAB 2 - MANUAL BOOK PENGGUNAAN PROLINKA</w:t>
      </w:r>
    </w:p>
    <w:p w14:paraId="5B40FBA5" w14:textId="77777777"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2.1 Persiapan Sistem</w:t>
      </w:r>
    </w:p>
    <w:p w14:paraId="6702CBD8" w14:textId="77777777" w:rsidR="00BB5B11" w:rsidRPr="00C45B4B" w:rsidRDefault="00000000" w:rsidP="00EB2CBD">
      <w:pPr>
        <w:pStyle w:val="ListBullet"/>
        <w:numPr>
          <w:ilvl w:val="0"/>
          <w:numId w:val="10"/>
        </w:numPr>
        <w:jc w:val="both"/>
        <w:rPr>
          <w:rFonts w:cs="Times New Roman"/>
          <w:sz w:val="24"/>
          <w:szCs w:val="24"/>
        </w:rPr>
      </w:pPr>
      <w:r w:rsidRPr="00C45B4B">
        <w:rPr>
          <w:rFonts w:cs="Times New Roman"/>
          <w:sz w:val="24"/>
          <w:szCs w:val="24"/>
        </w:rPr>
        <w:t>Install XAMPP atau Laragon.</w:t>
      </w:r>
    </w:p>
    <w:p w14:paraId="715314AD" w14:textId="77777777" w:rsidR="00BB5B11" w:rsidRPr="00C45B4B" w:rsidRDefault="00000000" w:rsidP="00EB2CBD">
      <w:pPr>
        <w:pStyle w:val="ListBullet"/>
        <w:numPr>
          <w:ilvl w:val="0"/>
          <w:numId w:val="10"/>
        </w:numPr>
        <w:jc w:val="both"/>
        <w:rPr>
          <w:rFonts w:cs="Times New Roman"/>
          <w:sz w:val="24"/>
          <w:szCs w:val="24"/>
        </w:rPr>
      </w:pPr>
      <w:r w:rsidRPr="00C45B4B">
        <w:rPr>
          <w:rFonts w:cs="Times New Roman"/>
          <w:sz w:val="24"/>
          <w:szCs w:val="24"/>
        </w:rPr>
        <w:t>Pastikan PHP dan MySQL berjalan dengan baik.</w:t>
      </w:r>
    </w:p>
    <w:p w14:paraId="1B4D30AE" w14:textId="77777777" w:rsidR="00BB5B11" w:rsidRPr="00C45B4B" w:rsidRDefault="00000000" w:rsidP="00EB2CBD">
      <w:pPr>
        <w:pStyle w:val="ListBullet"/>
        <w:numPr>
          <w:ilvl w:val="0"/>
          <w:numId w:val="10"/>
        </w:numPr>
        <w:jc w:val="both"/>
        <w:rPr>
          <w:rFonts w:cs="Times New Roman"/>
          <w:sz w:val="24"/>
          <w:szCs w:val="24"/>
        </w:rPr>
      </w:pPr>
      <w:r w:rsidRPr="00C45B4B">
        <w:rPr>
          <w:rFonts w:cs="Times New Roman"/>
          <w:sz w:val="24"/>
          <w:szCs w:val="24"/>
        </w:rPr>
        <w:t>Import database PROLINKA melalui phpMyAdmin.</w:t>
      </w:r>
    </w:p>
    <w:p w14:paraId="7B513230" w14:textId="77777777" w:rsidR="00BB5B11" w:rsidRPr="00C45B4B" w:rsidRDefault="00000000" w:rsidP="00EB2CBD">
      <w:pPr>
        <w:pStyle w:val="ListBullet"/>
        <w:numPr>
          <w:ilvl w:val="0"/>
          <w:numId w:val="10"/>
        </w:numPr>
        <w:jc w:val="both"/>
        <w:rPr>
          <w:rFonts w:cs="Times New Roman"/>
          <w:sz w:val="24"/>
          <w:szCs w:val="24"/>
        </w:rPr>
      </w:pPr>
      <w:r w:rsidRPr="00C45B4B">
        <w:rPr>
          <w:rFonts w:cs="Times New Roman"/>
          <w:sz w:val="24"/>
          <w:szCs w:val="24"/>
        </w:rPr>
        <w:t>Letakkan folder aplikasi pada direktori htdocs atau www.</w:t>
      </w:r>
    </w:p>
    <w:p w14:paraId="74FF575E" w14:textId="77777777" w:rsidR="00BB5B11" w:rsidRPr="00C45B4B" w:rsidRDefault="00000000" w:rsidP="00EB2CBD">
      <w:pPr>
        <w:pStyle w:val="ListBullet"/>
        <w:numPr>
          <w:ilvl w:val="0"/>
          <w:numId w:val="10"/>
        </w:numPr>
        <w:jc w:val="both"/>
        <w:rPr>
          <w:rFonts w:cs="Times New Roman"/>
          <w:sz w:val="24"/>
          <w:szCs w:val="24"/>
        </w:rPr>
      </w:pPr>
      <w:r w:rsidRPr="00C45B4B">
        <w:rPr>
          <w:rFonts w:cs="Times New Roman"/>
          <w:sz w:val="24"/>
          <w:szCs w:val="24"/>
        </w:rPr>
        <w:t>Sesuaikan konfigurasi database pada file application/config/database.php.</w:t>
      </w:r>
    </w:p>
    <w:p w14:paraId="02C79BC7" w14:textId="77777777"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2.2 Cara Menjalankan Aplikasi</w:t>
      </w:r>
    </w:p>
    <w:p w14:paraId="70C86131" w14:textId="58966BEF" w:rsidR="00222D2D" w:rsidRPr="00C45B4B" w:rsidRDefault="00000000" w:rsidP="00EB2CBD">
      <w:pPr>
        <w:pStyle w:val="ListNumber"/>
        <w:numPr>
          <w:ilvl w:val="0"/>
          <w:numId w:val="16"/>
        </w:numPr>
        <w:ind w:left="426"/>
        <w:jc w:val="both"/>
        <w:rPr>
          <w:rFonts w:cs="Times New Roman"/>
          <w:sz w:val="24"/>
          <w:szCs w:val="24"/>
        </w:rPr>
      </w:pPr>
      <w:r w:rsidRPr="00C45B4B">
        <w:rPr>
          <w:rFonts w:cs="Times New Roman"/>
          <w:sz w:val="24"/>
          <w:szCs w:val="24"/>
        </w:rPr>
        <w:t>Buka browser kemudian akses alamat localhost/prolinka.</w:t>
      </w:r>
      <w:r w:rsidR="00222D2D" w:rsidRPr="00C45B4B">
        <w:rPr>
          <w:rFonts w:cs="Times New Roman"/>
          <w:sz w:val="24"/>
          <w:szCs w:val="24"/>
        </w:rPr>
        <w:t xml:space="preserve"> </w:t>
      </w:r>
    </w:p>
    <w:p w14:paraId="152C1CEA" w14:textId="1369DA0E" w:rsidR="00771968" w:rsidRPr="00C45B4B" w:rsidRDefault="00000000" w:rsidP="00EB2CBD">
      <w:pPr>
        <w:pStyle w:val="ListNumber"/>
        <w:numPr>
          <w:ilvl w:val="0"/>
          <w:numId w:val="16"/>
        </w:numPr>
        <w:ind w:left="426"/>
        <w:jc w:val="both"/>
        <w:rPr>
          <w:rFonts w:cs="Times New Roman"/>
          <w:sz w:val="24"/>
          <w:szCs w:val="24"/>
        </w:rPr>
      </w:pPr>
      <w:r w:rsidRPr="00C45B4B">
        <w:rPr>
          <w:rFonts w:cs="Times New Roman"/>
          <w:sz w:val="24"/>
          <w:szCs w:val="24"/>
        </w:rPr>
        <w:t xml:space="preserve">Halaman </w:t>
      </w:r>
      <w:r w:rsidR="00771968" w:rsidRPr="00C45B4B">
        <w:rPr>
          <w:rFonts w:cs="Times New Roman"/>
          <w:b/>
          <w:bCs/>
          <w:sz w:val="24"/>
          <w:szCs w:val="24"/>
        </w:rPr>
        <w:t>Homepage</w:t>
      </w:r>
      <w:r w:rsidRPr="00C45B4B">
        <w:rPr>
          <w:rFonts w:cs="Times New Roman"/>
          <w:sz w:val="24"/>
          <w:szCs w:val="24"/>
        </w:rPr>
        <w:t xml:space="preserve"> akan tampil</w:t>
      </w:r>
      <w:r w:rsidR="00CF4A5A" w:rsidRPr="00C45B4B">
        <w:rPr>
          <w:rFonts w:cs="Times New Roman"/>
          <w:sz w:val="24"/>
          <w:szCs w:val="24"/>
        </w:rPr>
        <w:t xml:space="preserve"> sebagai tampilan awal(Frontend)</w:t>
      </w:r>
      <w:r w:rsidRPr="00C45B4B">
        <w:rPr>
          <w:rFonts w:cs="Times New Roman"/>
          <w:sz w:val="24"/>
          <w:szCs w:val="24"/>
        </w:rPr>
        <w:t>.</w:t>
      </w:r>
      <w:r w:rsidR="00771968" w:rsidRPr="00C45B4B">
        <w:rPr>
          <w:rFonts w:cs="Times New Roman"/>
          <w:sz w:val="24"/>
          <w:szCs w:val="24"/>
        </w:rPr>
        <w:t xml:space="preserve"> homepage prolinka menampilkan menu/navigasi Home, Tentang, Project, Kompetensi, Registrasi dan Login.</w:t>
      </w:r>
    </w:p>
    <w:p w14:paraId="0D12FA4E" w14:textId="2C192B06" w:rsidR="00CF4A5A" w:rsidRPr="00C45B4B" w:rsidRDefault="00CF4A5A" w:rsidP="00585CBB">
      <w:pPr>
        <w:pStyle w:val="ListNumber"/>
        <w:numPr>
          <w:ilvl w:val="0"/>
          <w:numId w:val="0"/>
        </w:numPr>
        <w:ind w:left="426"/>
        <w:jc w:val="center"/>
        <w:rPr>
          <w:rFonts w:cs="Times New Roman"/>
          <w:sz w:val="24"/>
          <w:szCs w:val="24"/>
        </w:rPr>
      </w:pPr>
      <w:r w:rsidRPr="00C45B4B">
        <w:rPr>
          <w:rFonts w:cs="Times New Roman"/>
          <w:noProof/>
          <w:sz w:val="24"/>
          <w:szCs w:val="24"/>
        </w:rPr>
        <w:drawing>
          <wp:inline distT="0" distB="0" distL="0" distR="0" wp14:anchorId="5C9450DB" wp14:editId="6474C1F7">
            <wp:extent cx="4267200" cy="2435599"/>
            <wp:effectExtent l="0" t="0" r="0" b="3175"/>
            <wp:docPr id="1831356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56459" name=""/>
                    <pic:cNvPicPr/>
                  </pic:nvPicPr>
                  <pic:blipFill rotWithShape="1">
                    <a:blip r:embed="rId6"/>
                    <a:srcRect r="1449"/>
                    <a:stretch>
                      <a:fillRect/>
                    </a:stretch>
                  </pic:blipFill>
                  <pic:spPr bwMode="auto">
                    <a:xfrm>
                      <a:off x="0" y="0"/>
                      <a:ext cx="4271029" cy="2437784"/>
                    </a:xfrm>
                    <a:prstGeom prst="rect">
                      <a:avLst/>
                    </a:prstGeom>
                    <a:ln>
                      <a:noFill/>
                    </a:ln>
                    <a:extLst>
                      <a:ext uri="{53640926-AAD7-44D8-BBD7-CCE9431645EC}">
                        <a14:shadowObscured xmlns:a14="http://schemas.microsoft.com/office/drawing/2010/main"/>
                      </a:ext>
                    </a:extLst>
                  </pic:spPr>
                </pic:pic>
              </a:graphicData>
            </a:graphic>
          </wp:inline>
        </w:drawing>
      </w:r>
    </w:p>
    <w:p w14:paraId="2494A79B" w14:textId="1F42A92B" w:rsidR="00CF4A5A" w:rsidRPr="00C45B4B" w:rsidRDefault="00CF4A5A" w:rsidP="00585CBB">
      <w:pPr>
        <w:pStyle w:val="ListNumber"/>
        <w:numPr>
          <w:ilvl w:val="0"/>
          <w:numId w:val="0"/>
        </w:numPr>
        <w:ind w:left="426"/>
        <w:jc w:val="center"/>
        <w:rPr>
          <w:rFonts w:cs="Times New Roman"/>
          <w:sz w:val="24"/>
          <w:szCs w:val="24"/>
        </w:rPr>
      </w:pPr>
      <w:r w:rsidRPr="00C45B4B">
        <w:rPr>
          <w:rFonts w:cs="Times New Roman"/>
          <w:sz w:val="24"/>
          <w:szCs w:val="24"/>
        </w:rPr>
        <w:t>Gambar Homepage</w:t>
      </w:r>
      <w:r w:rsidR="00677161" w:rsidRPr="00C45B4B">
        <w:rPr>
          <w:rFonts w:cs="Times New Roman"/>
          <w:sz w:val="24"/>
          <w:szCs w:val="24"/>
        </w:rPr>
        <w:t xml:space="preserve"> Prolinka</w:t>
      </w:r>
    </w:p>
    <w:p w14:paraId="401110D0" w14:textId="77777777" w:rsidR="00CF4A5A" w:rsidRPr="00C45B4B" w:rsidRDefault="00CF4A5A" w:rsidP="00EB2CBD">
      <w:pPr>
        <w:pStyle w:val="ListNumber"/>
        <w:numPr>
          <w:ilvl w:val="0"/>
          <w:numId w:val="0"/>
        </w:numPr>
        <w:ind w:left="426"/>
        <w:jc w:val="both"/>
        <w:rPr>
          <w:rFonts w:cs="Times New Roman"/>
          <w:sz w:val="24"/>
          <w:szCs w:val="24"/>
        </w:rPr>
      </w:pPr>
    </w:p>
    <w:p w14:paraId="58194D15" w14:textId="32950990" w:rsidR="00CF4A5A" w:rsidRPr="00C45B4B" w:rsidRDefault="00CF4A5A" w:rsidP="00EB2CBD">
      <w:pPr>
        <w:pStyle w:val="ListNumber"/>
        <w:numPr>
          <w:ilvl w:val="0"/>
          <w:numId w:val="0"/>
        </w:numPr>
        <w:ind w:left="426"/>
        <w:jc w:val="both"/>
        <w:rPr>
          <w:rFonts w:cs="Times New Roman"/>
          <w:sz w:val="24"/>
          <w:szCs w:val="24"/>
        </w:rPr>
      </w:pPr>
      <w:r w:rsidRPr="00C45B4B">
        <w:rPr>
          <w:rFonts w:cs="Times New Roman"/>
          <w:noProof/>
        </w:rPr>
        <w:drawing>
          <wp:inline distT="0" distB="0" distL="0" distR="0" wp14:anchorId="1A9CA046" wp14:editId="5D384971">
            <wp:extent cx="5486400" cy="2125345"/>
            <wp:effectExtent l="0" t="0" r="0" b="8255"/>
            <wp:docPr id="118917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79398" name=""/>
                    <pic:cNvPicPr/>
                  </pic:nvPicPr>
                  <pic:blipFill>
                    <a:blip r:embed="rId7"/>
                    <a:stretch>
                      <a:fillRect/>
                    </a:stretch>
                  </pic:blipFill>
                  <pic:spPr>
                    <a:xfrm>
                      <a:off x="0" y="0"/>
                      <a:ext cx="5486400" cy="2125345"/>
                    </a:xfrm>
                    <a:prstGeom prst="rect">
                      <a:avLst/>
                    </a:prstGeom>
                  </pic:spPr>
                </pic:pic>
              </a:graphicData>
            </a:graphic>
          </wp:inline>
        </w:drawing>
      </w:r>
    </w:p>
    <w:p w14:paraId="17E66892" w14:textId="0D163715" w:rsidR="00CF4A5A" w:rsidRPr="00C45B4B" w:rsidRDefault="00CF4A5A" w:rsidP="004A52F7">
      <w:pPr>
        <w:pStyle w:val="ListNumber"/>
        <w:numPr>
          <w:ilvl w:val="0"/>
          <w:numId w:val="0"/>
        </w:numPr>
        <w:ind w:left="426"/>
        <w:jc w:val="center"/>
        <w:rPr>
          <w:rFonts w:cs="Times New Roman"/>
          <w:sz w:val="24"/>
          <w:szCs w:val="24"/>
        </w:rPr>
      </w:pPr>
      <w:r w:rsidRPr="00C45B4B">
        <w:rPr>
          <w:rFonts w:cs="Times New Roman"/>
          <w:sz w:val="24"/>
          <w:szCs w:val="24"/>
        </w:rPr>
        <w:t>Gambar Tentang PRolink</w:t>
      </w:r>
      <w:r w:rsidR="00677161" w:rsidRPr="00C45B4B">
        <w:rPr>
          <w:rFonts w:cs="Times New Roman"/>
          <w:sz w:val="24"/>
          <w:szCs w:val="24"/>
        </w:rPr>
        <w:t>a</w:t>
      </w:r>
      <w:r w:rsidRPr="00C45B4B">
        <w:rPr>
          <w:rFonts w:cs="Times New Roman"/>
          <w:sz w:val="24"/>
          <w:szCs w:val="24"/>
        </w:rPr>
        <w:t>(nav-Tentang)</w:t>
      </w:r>
    </w:p>
    <w:p w14:paraId="1CCDF7E3" w14:textId="77777777" w:rsidR="00CF4A5A" w:rsidRPr="00C45B4B" w:rsidRDefault="00CF4A5A" w:rsidP="00EB2CBD">
      <w:pPr>
        <w:pStyle w:val="ListNumber"/>
        <w:numPr>
          <w:ilvl w:val="0"/>
          <w:numId w:val="0"/>
        </w:numPr>
        <w:ind w:left="426"/>
        <w:jc w:val="both"/>
        <w:rPr>
          <w:rFonts w:cs="Times New Roman"/>
          <w:sz w:val="24"/>
          <w:szCs w:val="24"/>
        </w:rPr>
      </w:pPr>
    </w:p>
    <w:p w14:paraId="640E6F0F" w14:textId="5A15EF69" w:rsidR="00CF4A5A" w:rsidRPr="00C45B4B" w:rsidRDefault="00CF4A5A" w:rsidP="00EB2CBD">
      <w:pPr>
        <w:pStyle w:val="ListNumber"/>
        <w:numPr>
          <w:ilvl w:val="0"/>
          <w:numId w:val="0"/>
        </w:numPr>
        <w:ind w:left="426"/>
        <w:jc w:val="both"/>
        <w:rPr>
          <w:rFonts w:cs="Times New Roman"/>
          <w:sz w:val="24"/>
          <w:szCs w:val="24"/>
        </w:rPr>
      </w:pPr>
      <w:r w:rsidRPr="00C45B4B">
        <w:rPr>
          <w:rFonts w:cs="Times New Roman"/>
          <w:noProof/>
        </w:rPr>
        <w:lastRenderedPageBreak/>
        <w:drawing>
          <wp:inline distT="0" distB="0" distL="0" distR="0" wp14:anchorId="168E6A8F" wp14:editId="5AC4FEE3">
            <wp:extent cx="5010150" cy="2818209"/>
            <wp:effectExtent l="0" t="0" r="0" b="1270"/>
            <wp:docPr id="1311436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36555" name=""/>
                    <pic:cNvPicPr/>
                  </pic:nvPicPr>
                  <pic:blipFill>
                    <a:blip r:embed="rId8"/>
                    <a:stretch>
                      <a:fillRect/>
                    </a:stretch>
                  </pic:blipFill>
                  <pic:spPr>
                    <a:xfrm>
                      <a:off x="0" y="0"/>
                      <a:ext cx="5016764" cy="2821929"/>
                    </a:xfrm>
                    <a:prstGeom prst="rect">
                      <a:avLst/>
                    </a:prstGeom>
                  </pic:spPr>
                </pic:pic>
              </a:graphicData>
            </a:graphic>
          </wp:inline>
        </w:drawing>
      </w:r>
    </w:p>
    <w:p w14:paraId="10E12FA0" w14:textId="30485CE2" w:rsidR="00CF4A5A" w:rsidRPr="00C45B4B" w:rsidRDefault="00CF4A5A" w:rsidP="006925D8">
      <w:pPr>
        <w:pStyle w:val="ListNumber"/>
        <w:numPr>
          <w:ilvl w:val="0"/>
          <w:numId w:val="0"/>
        </w:numPr>
        <w:ind w:left="426"/>
        <w:jc w:val="center"/>
        <w:rPr>
          <w:rFonts w:cs="Times New Roman"/>
          <w:sz w:val="24"/>
          <w:szCs w:val="24"/>
        </w:rPr>
      </w:pPr>
      <w:r w:rsidRPr="00C45B4B">
        <w:rPr>
          <w:rFonts w:cs="Times New Roman"/>
          <w:sz w:val="24"/>
          <w:szCs w:val="24"/>
        </w:rPr>
        <w:t>Gambar Project(nav-Project)</w:t>
      </w:r>
    </w:p>
    <w:p w14:paraId="620CF1DC" w14:textId="77777777" w:rsidR="00CF4A5A" w:rsidRPr="00C45B4B" w:rsidRDefault="00CF4A5A" w:rsidP="00EB2CBD">
      <w:pPr>
        <w:pStyle w:val="ListNumber"/>
        <w:numPr>
          <w:ilvl w:val="0"/>
          <w:numId w:val="0"/>
        </w:numPr>
        <w:ind w:left="426"/>
        <w:jc w:val="both"/>
        <w:rPr>
          <w:rFonts w:cs="Times New Roman"/>
          <w:sz w:val="24"/>
          <w:szCs w:val="24"/>
        </w:rPr>
      </w:pPr>
    </w:p>
    <w:p w14:paraId="4734ECA3" w14:textId="2B18DB87" w:rsidR="00202B8D" w:rsidRPr="00C45B4B" w:rsidRDefault="00202B8D" w:rsidP="00EB2CBD">
      <w:pPr>
        <w:pStyle w:val="ListNumber"/>
        <w:numPr>
          <w:ilvl w:val="0"/>
          <w:numId w:val="0"/>
        </w:numPr>
        <w:ind w:left="426"/>
        <w:jc w:val="both"/>
        <w:rPr>
          <w:rFonts w:cs="Times New Roman"/>
          <w:sz w:val="24"/>
          <w:szCs w:val="24"/>
        </w:rPr>
      </w:pPr>
      <w:r w:rsidRPr="00C45B4B">
        <w:rPr>
          <w:rFonts w:cs="Times New Roman"/>
          <w:noProof/>
          <w:sz w:val="24"/>
          <w:szCs w:val="24"/>
        </w:rPr>
        <w:drawing>
          <wp:inline distT="0" distB="0" distL="0" distR="0" wp14:anchorId="73AAA454" wp14:editId="1A11004C">
            <wp:extent cx="4991100" cy="3410007"/>
            <wp:effectExtent l="0" t="0" r="0" b="0"/>
            <wp:docPr id="80999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9135" name=""/>
                    <pic:cNvPicPr/>
                  </pic:nvPicPr>
                  <pic:blipFill>
                    <a:blip r:embed="rId9"/>
                    <a:stretch>
                      <a:fillRect/>
                    </a:stretch>
                  </pic:blipFill>
                  <pic:spPr>
                    <a:xfrm>
                      <a:off x="0" y="0"/>
                      <a:ext cx="4994781" cy="3412522"/>
                    </a:xfrm>
                    <a:prstGeom prst="rect">
                      <a:avLst/>
                    </a:prstGeom>
                  </pic:spPr>
                </pic:pic>
              </a:graphicData>
            </a:graphic>
          </wp:inline>
        </w:drawing>
      </w:r>
    </w:p>
    <w:p w14:paraId="3ED77A85" w14:textId="0ACAFEB1" w:rsidR="00202B8D" w:rsidRPr="00C45B4B" w:rsidRDefault="00202B8D" w:rsidP="006925D8">
      <w:pPr>
        <w:pStyle w:val="ListNumber"/>
        <w:numPr>
          <w:ilvl w:val="0"/>
          <w:numId w:val="0"/>
        </w:numPr>
        <w:ind w:left="426"/>
        <w:jc w:val="center"/>
        <w:rPr>
          <w:rFonts w:cs="Times New Roman"/>
          <w:sz w:val="24"/>
          <w:szCs w:val="24"/>
        </w:rPr>
      </w:pPr>
      <w:r w:rsidRPr="00C45B4B">
        <w:rPr>
          <w:rFonts w:cs="Times New Roman"/>
          <w:sz w:val="24"/>
          <w:szCs w:val="24"/>
        </w:rPr>
        <w:t>Gambar Form Registrasi</w:t>
      </w:r>
      <w:r w:rsidR="004D0C19" w:rsidRPr="00C45B4B">
        <w:rPr>
          <w:rFonts w:cs="Times New Roman"/>
          <w:sz w:val="24"/>
          <w:szCs w:val="24"/>
        </w:rPr>
        <w:t xml:space="preserve"> Akun</w:t>
      </w:r>
    </w:p>
    <w:p w14:paraId="0C0C07BA" w14:textId="77777777" w:rsidR="004D0C19" w:rsidRPr="00C45B4B" w:rsidRDefault="004D0C19" w:rsidP="00EB2CBD">
      <w:pPr>
        <w:pStyle w:val="ListNumber"/>
        <w:numPr>
          <w:ilvl w:val="0"/>
          <w:numId w:val="0"/>
        </w:numPr>
        <w:ind w:left="426"/>
        <w:jc w:val="both"/>
        <w:rPr>
          <w:rFonts w:cs="Times New Roman"/>
          <w:sz w:val="24"/>
          <w:szCs w:val="24"/>
        </w:rPr>
      </w:pPr>
    </w:p>
    <w:p w14:paraId="0DBEE998" w14:textId="0E8B28AF" w:rsidR="004D0C19" w:rsidRPr="00C45B4B" w:rsidRDefault="004D0C19" w:rsidP="00EB2CBD">
      <w:pPr>
        <w:pStyle w:val="ListNumber"/>
        <w:numPr>
          <w:ilvl w:val="0"/>
          <w:numId w:val="17"/>
        </w:numPr>
        <w:jc w:val="both"/>
        <w:rPr>
          <w:rFonts w:cs="Times New Roman"/>
          <w:b/>
          <w:bCs/>
          <w:sz w:val="24"/>
          <w:szCs w:val="24"/>
        </w:rPr>
      </w:pPr>
      <w:r w:rsidRPr="00C45B4B">
        <w:rPr>
          <w:rFonts w:cs="Times New Roman"/>
          <w:b/>
          <w:bCs/>
          <w:sz w:val="24"/>
          <w:szCs w:val="24"/>
        </w:rPr>
        <w:t>Registrasi Akun.</w:t>
      </w:r>
    </w:p>
    <w:p w14:paraId="3E9E6BBB" w14:textId="45A48121" w:rsidR="004D0C19" w:rsidRPr="00C45B4B" w:rsidRDefault="005D2C35" w:rsidP="00EB2CBD">
      <w:pPr>
        <w:pStyle w:val="ListNumber"/>
        <w:numPr>
          <w:ilvl w:val="0"/>
          <w:numId w:val="0"/>
        </w:numPr>
        <w:ind w:left="786"/>
        <w:jc w:val="both"/>
        <w:rPr>
          <w:rFonts w:cs="Times New Roman"/>
          <w:sz w:val="24"/>
          <w:szCs w:val="24"/>
        </w:rPr>
      </w:pPr>
      <w:r w:rsidRPr="00C45B4B">
        <w:rPr>
          <w:rFonts w:cs="Times New Roman"/>
          <w:sz w:val="24"/>
          <w:szCs w:val="24"/>
        </w:rPr>
        <w:t>Untuk dapat mengakses dan menggunakan sistem, pengguna dapat terlebih dahulu mendaftar dengan cara klik menu REGISTRASI pada homepage.</w:t>
      </w:r>
    </w:p>
    <w:p w14:paraId="74B5C3FD" w14:textId="0B2827FC" w:rsidR="005D2C35" w:rsidRPr="00C45B4B" w:rsidRDefault="005D2C35" w:rsidP="00EB2CBD">
      <w:pPr>
        <w:pStyle w:val="ListNumber"/>
        <w:numPr>
          <w:ilvl w:val="0"/>
          <w:numId w:val="0"/>
        </w:numPr>
        <w:ind w:left="786"/>
        <w:jc w:val="both"/>
        <w:rPr>
          <w:rFonts w:cs="Times New Roman"/>
          <w:sz w:val="24"/>
          <w:szCs w:val="24"/>
        </w:rPr>
      </w:pPr>
      <w:r w:rsidRPr="00C45B4B">
        <w:rPr>
          <w:rFonts w:cs="Times New Roman"/>
          <w:sz w:val="24"/>
          <w:szCs w:val="24"/>
        </w:rPr>
        <w:t>Isi form(nama lengkap, email hingga no hp) lalu klik REGISTER SEKARANG</w:t>
      </w:r>
    </w:p>
    <w:p w14:paraId="28DC0E7F" w14:textId="77777777" w:rsidR="00D3159F" w:rsidRPr="00C45B4B" w:rsidRDefault="00D3159F" w:rsidP="00EB2CBD">
      <w:pPr>
        <w:pStyle w:val="ListNumber"/>
        <w:numPr>
          <w:ilvl w:val="0"/>
          <w:numId w:val="0"/>
        </w:numPr>
        <w:ind w:left="426"/>
        <w:jc w:val="both"/>
        <w:rPr>
          <w:rFonts w:cs="Times New Roman"/>
          <w:sz w:val="24"/>
          <w:szCs w:val="24"/>
        </w:rPr>
      </w:pPr>
    </w:p>
    <w:p w14:paraId="2B44C648" w14:textId="77777777" w:rsidR="00D3159F" w:rsidRPr="00C45B4B" w:rsidRDefault="00D3159F" w:rsidP="00EB2CBD">
      <w:pPr>
        <w:pStyle w:val="ListNumber"/>
        <w:numPr>
          <w:ilvl w:val="0"/>
          <w:numId w:val="0"/>
        </w:numPr>
        <w:ind w:left="426"/>
        <w:jc w:val="both"/>
        <w:rPr>
          <w:rFonts w:cs="Times New Roman"/>
          <w:sz w:val="24"/>
          <w:szCs w:val="24"/>
        </w:rPr>
      </w:pPr>
    </w:p>
    <w:p w14:paraId="1B02CF16" w14:textId="65886DB7" w:rsidR="00202B8D" w:rsidRPr="00C45B4B" w:rsidRDefault="00202B8D" w:rsidP="00A31F68">
      <w:pPr>
        <w:pStyle w:val="ListNumber"/>
        <w:numPr>
          <w:ilvl w:val="0"/>
          <w:numId w:val="0"/>
        </w:numPr>
        <w:ind w:left="426"/>
        <w:jc w:val="center"/>
        <w:rPr>
          <w:rFonts w:cs="Times New Roman"/>
          <w:sz w:val="24"/>
          <w:szCs w:val="24"/>
        </w:rPr>
      </w:pPr>
      <w:r w:rsidRPr="00C45B4B">
        <w:rPr>
          <w:rFonts w:cs="Times New Roman"/>
          <w:noProof/>
          <w:sz w:val="24"/>
          <w:szCs w:val="24"/>
        </w:rPr>
        <w:drawing>
          <wp:inline distT="0" distB="0" distL="0" distR="0" wp14:anchorId="3DE601B6" wp14:editId="7DB1D949">
            <wp:extent cx="2707574" cy="2966737"/>
            <wp:effectExtent l="0" t="0" r="0" b="5080"/>
            <wp:docPr id="168519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97514" name=""/>
                    <pic:cNvPicPr/>
                  </pic:nvPicPr>
                  <pic:blipFill>
                    <a:blip r:embed="rId10"/>
                    <a:stretch>
                      <a:fillRect/>
                    </a:stretch>
                  </pic:blipFill>
                  <pic:spPr>
                    <a:xfrm>
                      <a:off x="0" y="0"/>
                      <a:ext cx="2709999" cy="2969394"/>
                    </a:xfrm>
                    <a:prstGeom prst="rect">
                      <a:avLst/>
                    </a:prstGeom>
                  </pic:spPr>
                </pic:pic>
              </a:graphicData>
            </a:graphic>
          </wp:inline>
        </w:drawing>
      </w:r>
    </w:p>
    <w:p w14:paraId="748C7545" w14:textId="73A9D616" w:rsidR="00202B8D" w:rsidRPr="00C45B4B" w:rsidRDefault="00202B8D" w:rsidP="00A31F68">
      <w:pPr>
        <w:pStyle w:val="ListNumber"/>
        <w:numPr>
          <w:ilvl w:val="0"/>
          <w:numId w:val="0"/>
        </w:numPr>
        <w:ind w:left="426"/>
        <w:jc w:val="center"/>
        <w:rPr>
          <w:rFonts w:cs="Times New Roman"/>
          <w:sz w:val="24"/>
          <w:szCs w:val="24"/>
        </w:rPr>
      </w:pPr>
      <w:r w:rsidRPr="00C45B4B">
        <w:rPr>
          <w:rFonts w:cs="Times New Roman"/>
          <w:sz w:val="24"/>
          <w:szCs w:val="24"/>
        </w:rPr>
        <w:t>Gambar Form Login Prolinka</w:t>
      </w:r>
    </w:p>
    <w:p w14:paraId="018E6B18" w14:textId="77777777" w:rsidR="00D727F1" w:rsidRPr="00C45B4B" w:rsidRDefault="00D727F1" w:rsidP="00EB2CBD">
      <w:pPr>
        <w:pStyle w:val="ListNumber"/>
        <w:numPr>
          <w:ilvl w:val="0"/>
          <w:numId w:val="0"/>
        </w:numPr>
        <w:ind w:left="426"/>
        <w:jc w:val="both"/>
        <w:rPr>
          <w:rFonts w:cs="Times New Roman"/>
          <w:sz w:val="24"/>
          <w:szCs w:val="24"/>
        </w:rPr>
      </w:pPr>
    </w:p>
    <w:p w14:paraId="0FB6DC38" w14:textId="0D2D73C4" w:rsidR="00D727F1" w:rsidRPr="00C45B4B" w:rsidRDefault="00D727F1" w:rsidP="00EB2CBD">
      <w:pPr>
        <w:pStyle w:val="ListNumber"/>
        <w:numPr>
          <w:ilvl w:val="0"/>
          <w:numId w:val="17"/>
        </w:numPr>
        <w:jc w:val="both"/>
        <w:rPr>
          <w:rFonts w:cs="Times New Roman"/>
          <w:sz w:val="24"/>
          <w:szCs w:val="24"/>
        </w:rPr>
      </w:pPr>
      <w:r w:rsidRPr="00C45B4B">
        <w:rPr>
          <w:rFonts w:cs="Times New Roman"/>
          <w:sz w:val="24"/>
          <w:szCs w:val="24"/>
        </w:rPr>
        <w:t>LOGIN SISTEM.</w:t>
      </w:r>
    </w:p>
    <w:p w14:paraId="4DABCC12" w14:textId="435247B8" w:rsidR="00BB5B11" w:rsidRPr="00C45B4B" w:rsidRDefault="00D727F1" w:rsidP="00EB2CBD">
      <w:pPr>
        <w:pStyle w:val="ListNumber"/>
        <w:numPr>
          <w:ilvl w:val="0"/>
          <w:numId w:val="0"/>
        </w:numPr>
        <w:ind w:left="786"/>
        <w:jc w:val="both"/>
        <w:rPr>
          <w:rFonts w:cs="Times New Roman"/>
          <w:sz w:val="24"/>
          <w:szCs w:val="24"/>
        </w:rPr>
      </w:pPr>
      <w:r w:rsidRPr="00C45B4B">
        <w:rPr>
          <w:rFonts w:cs="Times New Roman"/>
          <w:sz w:val="24"/>
          <w:szCs w:val="24"/>
        </w:rPr>
        <w:t>Pengguna dapat login ke sistem jika sudah memiliki akses (sudah punya akun). Pengguna dapat login dengan cara klik LOGIN pada homepage, lalu akan terbuka laman LOGIN, isi email an password yang sesuai, lalu klik LOGIN.</w:t>
      </w:r>
      <w:r w:rsidR="00296F67" w:rsidRPr="00C45B4B">
        <w:rPr>
          <w:rFonts w:cs="Times New Roman"/>
          <w:sz w:val="24"/>
          <w:szCs w:val="24"/>
        </w:rPr>
        <w:t xml:space="preserve">  </w:t>
      </w:r>
      <w:r w:rsidRPr="00C45B4B">
        <w:rPr>
          <w:rFonts w:cs="Times New Roman"/>
          <w:sz w:val="24"/>
          <w:szCs w:val="24"/>
        </w:rPr>
        <w:t>Pengguna akan diarahkan ke dashboard sesuai role masing-masing.</w:t>
      </w:r>
    </w:p>
    <w:p w14:paraId="0B2B0E87" w14:textId="77777777" w:rsidR="00296F67" w:rsidRPr="00C45B4B" w:rsidRDefault="00296F67" w:rsidP="00EB2CBD">
      <w:pPr>
        <w:pStyle w:val="ListNumber"/>
        <w:numPr>
          <w:ilvl w:val="0"/>
          <w:numId w:val="0"/>
        </w:numPr>
        <w:ind w:left="786"/>
        <w:jc w:val="both"/>
        <w:rPr>
          <w:rFonts w:cs="Times New Roman"/>
          <w:sz w:val="24"/>
          <w:szCs w:val="24"/>
        </w:rPr>
      </w:pPr>
    </w:p>
    <w:p w14:paraId="52C0BEB5" w14:textId="5AE775E6" w:rsidR="00BB5B11" w:rsidRPr="00C45B4B" w:rsidRDefault="00000000" w:rsidP="00EB2CBD">
      <w:pPr>
        <w:pStyle w:val="Heading2"/>
        <w:jc w:val="both"/>
        <w:rPr>
          <w:rFonts w:ascii="Times New Roman" w:hAnsi="Times New Roman" w:cs="Times New Roman"/>
          <w:sz w:val="24"/>
          <w:szCs w:val="24"/>
        </w:rPr>
      </w:pPr>
      <w:r w:rsidRPr="00C45B4B">
        <w:rPr>
          <w:rFonts w:ascii="Times New Roman" w:hAnsi="Times New Roman" w:cs="Times New Roman"/>
          <w:sz w:val="24"/>
          <w:szCs w:val="24"/>
        </w:rPr>
        <w:t>2.3 Dashboard</w:t>
      </w:r>
      <w:r w:rsidR="009F438E" w:rsidRPr="00C45B4B">
        <w:rPr>
          <w:rFonts w:ascii="Times New Roman" w:hAnsi="Times New Roman" w:cs="Times New Roman"/>
          <w:sz w:val="24"/>
          <w:szCs w:val="24"/>
        </w:rPr>
        <w:t xml:space="preserve"> Admin</w:t>
      </w:r>
    </w:p>
    <w:p w14:paraId="4760FC5F" w14:textId="77777777" w:rsidR="00BB5B11" w:rsidRPr="00C45B4B" w:rsidRDefault="00000000" w:rsidP="00EB2CBD">
      <w:pPr>
        <w:pStyle w:val="ListBullet"/>
        <w:jc w:val="both"/>
        <w:rPr>
          <w:rFonts w:cs="Times New Roman"/>
          <w:sz w:val="24"/>
          <w:szCs w:val="24"/>
        </w:rPr>
      </w:pPr>
      <w:r w:rsidRPr="00C45B4B">
        <w:rPr>
          <w:rFonts w:cs="Times New Roman"/>
          <w:b/>
          <w:sz w:val="24"/>
          <w:szCs w:val="24"/>
        </w:rPr>
        <w:t xml:space="preserve">Dashboard: </w:t>
      </w:r>
      <w:r w:rsidRPr="00C45B4B">
        <w:rPr>
          <w:rFonts w:cs="Times New Roman"/>
          <w:sz w:val="24"/>
          <w:szCs w:val="24"/>
        </w:rPr>
        <w:t>Menampilkan ringkasan statistik dan informasi utama sistem.</w:t>
      </w:r>
    </w:p>
    <w:p w14:paraId="4F7942E6" w14:textId="3F38C40A" w:rsidR="004853F4" w:rsidRPr="00C45B4B" w:rsidRDefault="009F438E" w:rsidP="00EB2CBD">
      <w:pPr>
        <w:pStyle w:val="ListBullet"/>
        <w:jc w:val="both"/>
        <w:rPr>
          <w:rFonts w:cs="Times New Roman"/>
          <w:sz w:val="24"/>
          <w:szCs w:val="24"/>
        </w:rPr>
      </w:pPr>
      <w:r w:rsidRPr="00C45B4B">
        <w:rPr>
          <w:rFonts w:cs="Times New Roman"/>
          <w:b/>
          <w:sz w:val="24"/>
          <w:szCs w:val="24"/>
        </w:rPr>
        <w:t xml:space="preserve">Profile : </w:t>
      </w:r>
      <w:r w:rsidR="004853F4" w:rsidRPr="00C45B4B">
        <w:rPr>
          <w:rFonts w:cs="Times New Roman"/>
          <w:bCs/>
          <w:sz w:val="24"/>
          <w:szCs w:val="24"/>
        </w:rPr>
        <w:t>Menampilkan Data Profil Pengguna/Admin</w:t>
      </w:r>
      <w:r w:rsidR="00C67D64" w:rsidRPr="00C45B4B">
        <w:rPr>
          <w:rFonts w:cs="Times New Roman"/>
          <w:bCs/>
          <w:sz w:val="24"/>
          <w:szCs w:val="24"/>
        </w:rPr>
        <w:t>, Admin dapat Ubah Data profil dan perbarui kata sandi.</w:t>
      </w:r>
    </w:p>
    <w:p w14:paraId="6EBEA173" w14:textId="5B829A75" w:rsidR="00BB5B11" w:rsidRPr="00C45B4B" w:rsidRDefault="004853F4" w:rsidP="00EB2CBD">
      <w:pPr>
        <w:pStyle w:val="ListBullet"/>
        <w:jc w:val="both"/>
        <w:rPr>
          <w:rFonts w:cs="Times New Roman"/>
          <w:sz w:val="24"/>
          <w:szCs w:val="24"/>
        </w:rPr>
      </w:pPr>
      <w:r w:rsidRPr="00C45B4B">
        <w:rPr>
          <w:rFonts w:cs="Times New Roman"/>
          <w:b/>
          <w:sz w:val="24"/>
          <w:szCs w:val="24"/>
        </w:rPr>
        <w:t xml:space="preserve">Data User : </w:t>
      </w:r>
      <w:r w:rsidRPr="00C45B4B">
        <w:rPr>
          <w:rFonts w:cs="Times New Roman"/>
          <w:sz w:val="24"/>
          <w:szCs w:val="24"/>
        </w:rPr>
        <w:t>Digunakan untuk mengelola data pengguna.</w:t>
      </w:r>
      <w:r w:rsidR="00500C77" w:rsidRPr="00C45B4B">
        <w:rPr>
          <w:rFonts w:cs="Times New Roman"/>
          <w:sz w:val="24"/>
          <w:szCs w:val="24"/>
        </w:rPr>
        <w:t xml:space="preserve"> Admin dapat CRUD</w:t>
      </w:r>
      <w:r w:rsidR="00BD12B4" w:rsidRPr="00C45B4B">
        <w:rPr>
          <w:rFonts w:cs="Times New Roman"/>
          <w:sz w:val="24"/>
          <w:szCs w:val="24"/>
        </w:rPr>
        <w:t>(Create,Read,Update,Delete)</w:t>
      </w:r>
      <w:r w:rsidR="00500C77" w:rsidRPr="00C45B4B">
        <w:rPr>
          <w:rFonts w:cs="Times New Roman"/>
          <w:sz w:val="24"/>
          <w:szCs w:val="24"/>
        </w:rPr>
        <w:t xml:space="preserve"> data user</w:t>
      </w:r>
    </w:p>
    <w:p w14:paraId="6A502F15" w14:textId="17A2E271" w:rsidR="00AE520D" w:rsidRPr="00C45B4B" w:rsidRDefault="00D64D0A" w:rsidP="00AE520D">
      <w:pPr>
        <w:pStyle w:val="ListBullet"/>
        <w:jc w:val="both"/>
        <w:rPr>
          <w:rFonts w:cs="Times New Roman"/>
          <w:sz w:val="24"/>
          <w:szCs w:val="24"/>
        </w:rPr>
      </w:pPr>
      <w:r w:rsidRPr="00C45B4B">
        <w:rPr>
          <w:rFonts w:cs="Times New Roman"/>
          <w:b/>
          <w:sz w:val="24"/>
          <w:szCs w:val="24"/>
        </w:rPr>
        <w:t xml:space="preserve">Projects : </w:t>
      </w:r>
      <w:r w:rsidRPr="00C45B4B">
        <w:rPr>
          <w:rFonts w:cs="Times New Roman"/>
          <w:sz w:val="24"/>
          <w:szCs w:val="24"/>
        </w:rPr>
        <w:t xml:space="preserve">Mengelola data </w:t>
      </w:r>
      <w:r w:rsidR="00CD211D" w:rsidRPr="00C45B4B">
        <w:rPr>
          <w:rFonts w:cs="Times New Roman"/>
          <w:sz w:val="24"/>
          <w:szCs w:val="24"/>
        </w:rPr>
        <w:t xml:space="preserve">All </w:t>
      </w:r>
      <w:r w:rsidRPr="00C45B4B">
        <w:rPr>
          <w:rFonts w:cs="Times New Roman"/>
          <w:sz w:val="24"/>
          <w:szCs w:val="24"/>
        </w:rPr>
        <w:t>Project</w:t>
      </w:r>
      <w:r w:rsidR="002C7B72" w:rsidRPr="00C45B4B">
        <w:rPr>
          <w:rFonts w:cs="Times New Roman"/>
          <w:sz w:val="24"/>
          <w:szCs w:val="24"/>
        </w:rPr>
        <w:t xml:space="preserve"> , dan K</w:t>
      </w:r>
      <w:r w:rsidR="00DB5F55" w:rsidRPr="00C45B4B">
        <w:rPr>
          <w:rFonts w:cs="Times New Roman"/>
          <w:sz w:val="24"/>
          <w:szCs w:val="24"/>
        </w:rPr>
        <w:t>a</w:t>
      </w:r>
      <w:r w:rsidR="002C7B72" w:rsidRPr="00C45B4B">
        <w:rPr>
          <w:rFonts w:cs="Times New Roman"/>
          <w:sz w:val="24"/>
          <w:szCs w:val="24"/>
        </w:rPr>
        <w:t>tegori Project.</w:t>
      </w:r>
      <w:r w:rsidR="00AE520D" w:rsidRPr="00C45B4B">
        <w:rPr>
          <w:rFonts w:cs="Times New Roman"/>
          <w:sz w:val="24"/>
          <w:szCs w:val="24"/>
        </w:rPr>
        <w:t xml:space="preserve">  Admin dapat CRUD(Create,Read,Update,Delete) data semua project, dan kategori project.</w:t>
      </w:r>
    </w:p>
    <w:p w14:paraId="2244A9EC" w14:textId="212B1CBC" w:rsidR="00BB5B11" w:rsidRPr="00C45B4B" w:rsidRDefault="00BB5B11" w:rsidP="00BF1D47">
      <w:pPr>
        <w:pStyle w:val="ListBullet"/>
        <w:numPr>
          <w:ilvl w:val="0"/>
          <w:numId w:val="0"/>
        </w:numPr>
        <w:ind w:left="360"/>
        <w:jc w:val="both"/>
        <w:rPr>
          <w:rFonts w:cs="Times New Roman"/>
          <w:sz w:val="24"/>
          <w:szCs w:val="24"/>
        </w:rPr>
      </w:pPr>
    </w:p>
    <w:p w14:paraId="5E588C54" w14:textId="77777777" w:rsidR="008C6DC2" w:rsidRPr="00C45B4B" w:rsidRDefault="008C6DC2" w:rsidP="008C6DC2">
      <w:pPr>
        <w:pStyle w:val="ListBullet"/>
        <w:numPr>
          <w:ilvl w:val="0"/>
          <w:numId w:val="0"/>
        </w:numPr>
        <w:ind w:left="360" w:hanging="360"/>
        <w:jc w:val="both"/>
        <w:rPr>
          <w:rFonts w:cs="Times New Roman"/>
          <w:sz w:val="24"/>
          <w:szCs w:val="24"/>
        </w:rPr>
      </w:pPr>
    </w:p>
    <w:p w14:paraId="24EAA1EB" w14:textId="7A118085" w:rsidR="008C6DC2" w:rsidRPr="00C45B4B" w:rsidRDefault="008C6DC2" w:rsidP="008C6DC2">
      <w:pPr>
        <w:pStyle w:val="ListBullet"/>
        <w:numPr>
          <w:ilvl w:val="0"/>
          <w:numId w:val="0"/>
        </w:numPr>
        <w:ind w:left="360" w:hanging="360"/>
        <w:jc w:val="center"/>
        <w:rPr>
          <w:rFonts w:cs="Times New Roman"/>
          <w:sz w:val="24"/>
          <w:szCs w:val="24"/>
        </w:rPr>
      </w:pPr>
      <w:r w:rsidRPr="00C45B4B">
        <w:rPr>
          <w:rFonts w:cs="Times New Roman"/>
          <w:noProof/>
          <w:sz w:val="24"/>
          <w:szCs w:val="24"/>
        </w:rPr>
        <w:lastRenderedPageBreak/>
        <w:drawing>
          <wp:inline distT="0" distB="0" distL="0" distR="0" wp14:anchorId="0C7C660E" wp14:editId="071B9BFE">
            <wp:extent cx="5486400" cy="2567305"/>
            <wp:effectExtent l="0" t="0" r="0" b="4445"/>
            <wp:docPr id="6797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8098" name=""/>
                    <pic:cNvPicPr/>
                  </pic:nvPicPr>
                  <pic:blipFill>
                    <a:blip r:embed="rId11"/>
                    <a:stretch>
                      <a:fillRect/>
                    </a:stretch>
                  </pic:blipFill>
                  <pic:spPr>
                    <a:xfrm>
                      <a:off x="0" y="0"/>
                      <a:ext cx="5486400" cy="2567305"/>
                    </a:xfrm>
                    <a:prstGeom prst="rect">
                      <a:avLst/>
                    </a:prstGeom>
                  </pic:spPr>
                </pic:pic>
              </a:graphicData>
            </a:graphic>
          </wp:inline>
        </w:drawing>
      </w:r>
    </w:p>
    <w:p w14:paraId="19459EA3" w14:textId="48D3E22E" w:rsidR="008C6DC2" w:rsidRPr="00C45B4B" w:rsidRDefault="008C6DC2" w:rsidP="008C6DC2">
      <w:pPr>
        <w:pStyle w:val="ListNumber"/>
        <w:numPr>
          <w:ilvl w:val="0"/>
          <w:numId w:val="0"/>
        </w:numPr>
        <w:ind w:left="426"/>
        <w:jc w:val="center"/>
        <w:rPr>
          <w:rFonts w:cs="Times New Roman"/>
          <w:sz w:val="24"/>
          <w:szCs w:val="24"/>
        </w:rPr>
      </w:pPr>
      <w:r w:rsidRPr="00C45B4B">
        <w:rPr>
          <w:rFonts w:cs="Times New Roman"/>
          <w:sz w:val="24"/>
          <w:szCs w:val="24"/>
        </w:rPr>
        <w:t>Gambar Dashboard Admin.</w:t>
      </w:r>
    </w:p>
    <w:p w14:paraId="26DA6AAB" w14:textId="77777777" w:rsidR="00A44F30" w:rsidRPr="00C45B4B" w:rsidRDefault="00A44F30" w:rsidP="008C6DC2">
      <w:pPr>
        <w:pStyle w:val="ListNumber"/>
        <w:numPr>
          <w:ilvl w:val="0"/>
          <w:numId w:val="0"/>
        </w:numPr>
        <w:ind w:left="426"/>
        <w:jc w:val="center"/>
        <w:rPr>
          <w:rFonts w:cs="Times New Roman"/>
          <w:sz w:val="24"/>
          <w:szCs w:val="24"/>
        </w:rPr>
      </w:pPr>
    </w:p>
    <w:p w14:paraId="3E11D610" w14:textId="77777777" w:rsidR="00C67D64" w:rsidRPr="00C45B4B" w:rsidRDefault="00C67D64" w:rsidP="008C6DC2">
      <w:pPr>
        <w:pStyle w:val="ListNumber"/>
        <w:numPr>
          <w:ilvl w:val="0"/>
          <w:numId w:val="0"/>
        </w:numPr>
        <w:ind w:left="426"/>
        <w:jc w:val="center"/>
        <w:rPr>
          <w:rFonts w:cs="Times New Roman"/>
          <w:sz w:val="24"/>
          <w:szCs w:val="24"/>
        </w:rPr>
      </w:pPr>
    </w:p>
    <w:p w14:paraId="421497D8" w14:textId="357733DE" w:rsidR="00C67D64" w:rsidRPr="00C45B4B" w:rsidRDefault="00C67D64" w:rsidP="007348B1">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390D9D2C" wp14:editId="787052C9">
            <wp:extent cx="5486400" cy="2567305"/>
            <wp:effectExtent l="0" t="0" r="0" b="4445"/>
            <wp:docPr id="1499465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65219" name=""/>
                    <pic:cNvPicPr/>
                  </pic:nvPicPr>
                  <pic:blipFill>
                    <a:blip r:embed="rId12"/>
                    <a:stretch>
                      <a:fillRect/>
                    </a:stretch>
                  </pic:blipFill>
                  <pic:spPr>
                    <a:xfrm>
                      <a:off x="0" y="0"/>
                      <a:ext cx="5486400" cy="2567305"/>
                    </a:xfrm>
                    <a:prstGeom prst="rect">
                      <a:avLst/>
                    </a:prstGeom>
                  </pic:spPr>
                </pic:pic>
              </a:graphicData>
            </a:graphic>
          </wp:inline>
        </w:drawing>
      </w:r>
    </w:p>
    <w:p w14:paraId="6F3AD7E0" w14:textId="72FC1EFA" w:rsidR="00CF65CE" w:rsidRPr="00C45B4B" w:rsidRDefault="00CF65CE" w:rsidP="00CF65CE">
      <w:pPr>
        <w:pStyle w:val="ListNumber"/>
        <w:numPr>
          <w:ilvl w:val="0"/>
          <w:numId w:val="0"/>
        </w:numPr>
        <w:ind w:left="426"/>
        <w:jc w:val="center"/>
        <w:rPr>
          <w:rFonts w:cs="Times New Roman"/>
          <w:sz w:val="24"/>
          <w:szCs w:val="24"/>
        </w:rPr>
      </w:pPr>
      <w:r w:rsidRPr="00C45B4B">
        <w:rPr>
          <w:rFonts w:cs="Times New Roman"/>
          <w:sz w:val="24"/>
          <w:szCs w:val="24"/>
        </w:rPr>
        <w:t>Gambar Profil Pengguna/Admin</w:t>
      </w:r>
    </w:p>
    <w:p w14:paraId="1E77E83B" w14:textId="77777777" w:rsidR="00F410C8" w:rsidRPr="00C45B4B" w:rsidRDefault="00F410C8" w:rsidP="00CF65CE">
      <w:pPr>
        <w:pStyle w:val="ListNumber"/>
        <w:numPr>
          <w:ilvl w:val="0"/>
          <w:numId w:val="0"/>
        </w:numPr>
        <w:ind w:left="426"/>
        <w:jc w:val="center"/>
        <w:rPr>
          <w:rFonts w:cs="Times New Roman"/>
          <w:sz w:val="24"/>
          <w:szCs w:val="24"/>
        </w:rPr>
      </w:pPr>
    </w:p>
    <w:p w14:paraId="33D70DAC" w14:textId="0DF23AA2" w:rsidR="00F410C8" w:rsidRPr="00C45B4B" w:rsidRDefault="00F410C8" w:rsidP="00F410C8">
      <w:pPr>
        <w:pStyle w:val="ListNumber"/>
        <w:numPr>
          <w:ilvl w:val="0"/>
          <w:numId w:val="23"/>
        </w:numPr>
        <w:rPr>
          <w:rFonts w:cs="Times New Roman"/>
          <w:sz w:val="24"/>
          <w:szCs w:val="24"/>
        </w:rPr>
      </w:pPr>
      <w:r w:rsidRPr="00C45B4B">
        <w:rPr>
          <w:rFonts w:cs="Times New Roman"/>
          <w:sz w:val="24"/>
          <w:szCs w:val="24"/>
        </w:rPr>
        <w:t>Profil Pengguna.</w:t>
      </w:r>
    </w:p>
    <w:p w14:paraId="047A4F1C" w14:textId="4964E58E" w:rsidR="00F410C8" w:rsidRPr="00C45B4B" w:rsidRDefault="00F410C8" w:rsidP="00F410C8">
      <w:pPr>
        <w:pStyle w:val="ListNumber"/>
        <w:numPr>
          <w:ilvl w:val="0"/>
          <w:numId w:val="24"/>
        </w:numPr>
        <w:rPr>
          <w:rFonts w:cs="Times New Roman"/>
          <w:sz w:val="24"/>
          <w:szCs w:val="24"/>
        </w:rPr>
      </w:pPr>
      <w:r w:rsidRPr="00C45B4B">
        <w:rPr>
          <w:rFonts w:cs="Times New Roman"/>
          <w:sz w:val="24"/>
          <w:szCs w:val="24"/>
        </w:rPr>
        <w:t xml:space="preserve">Klik Menu </w:t>
      </w:r>
      <w:r w:rsidRPr="00C45B4B">
        <w:rPr>
          <w:rFonts w:cs="Times New Roman"/>
          <w:b/>
          <w:bCs/>
          <w:sz w:val="24"/>
          <w:szCs w:val="24"/>
        </w:rPr>
        <w:t>Profile</w:t>
      </w:r>
    </w:p>
    <w:p w14:paraId="007B2839" w14:textId="51422220" w:rsidR="00F410C8" w:rsidRPr="00C45B4B" w:rsidRDefault="00F410C8" w:rsidP="00F410C8">
      <w:pPr>
        <w:pStyle w:val="ListNumber"/>
        <w:numPr>
          <w:ilvl w:val="0"/>
          <w:numId w:val="24"/>
        </w:numPr>
        <w:rPr>
          <w:rFonts w:cs="Times New Roman"/>
          <w:b/>
          <w:bCs/>
          <w:sz w:val="24"/>
          <w:szCs w:val="24"/>
        </w:rPr>
      </w:pPr>
      <w:r w:rsidRPr="00C45B4B">
        <w:rPr>
          <w:rFonts w:cs="Times New Roman"/>
          <w:sz w:val="24"/>
          <w:szCs w:val="24"/>
        </w:rPr>
        <w:t xml:space="preserve">Pada form data profile, isi data yang ingin diperbaiki, lalu proses dengan klik </w:t>
      </w:r>
      <w:r w:rsidRPr="00C45B4B">
        <w:rPr>
          <w:rFonts w:cs="Times New Roman"/>
          <w:b/>
          <w:bCs/>
          <w:sz w:val="24"/>
          <w:szCs w:val="24"/>
        </w:rPr>
        <w:t>UPDATE PROFILE</w:t>
      </w:r>
    </w:p>
    <w:p w14:paraId="5864637E" w14:textId="77777777" w:rsidR="002D6D05" w:rsidRPr="00C45B4B" w:rsidRDefault="002D6D05" w:rsidP="00CF65CE">
      <w:pPr>
        <w:pStyle w:val="ListNumber"/>
        <w:numPr>
          <w:ilvl w:val="0"/>
          <w:numId w:val="0"/>
        </w:numPr>
        <w:ind w:left="426"/>
        <w:jc w:val="center"/>
        <w:rPr>
          <w:rFonts w:cs="Times New Roman"/>
          <w:sz w:val="24"/>
          <w:szCs w:val="24"/>
        </w:rPr>
      </w:pPr>
    </w:p>
    <w:p w14:paraId="0FF39911" w14:textId="375E7690" w:rsidR="002D6D05" w:rsidRPr="00C45B4B" w:rsidRDefault="00DA3E67" w:rsidP="007348B1">
      <w:pPr>
        <w:pStyle w:val="ListNumber"/>
        <w:numPr>
          <w:ilvl w:val="0"/>
          <w:numId w:val="0"/>
        </w:numPr>
        <w:jc w:val="center"/>
        <w:rPr>
          <w:rFonts w:cs="Times New Roman"/>
          <w:sz w:val="24"/>
          <w:szCs w:val="24"/>
        </w:rPr>
      </w:pPr>
      <w:r w:rsidRPr="00C45B4B">
        <w:rPr>
          <w:rFonts w:cs="Times New Roman"/>
          <w:noProof/>
          <w:sz w:val="24"/>
          <w:szCs w:val="24"/>
        </w:rPr>
        <w:lastRenderedPageBreak/>
        <w:drawing>
          <wp:inline distT="0" distB="0" distL="0" distR="0" wp14:anchorId="3DF73094" wp14:editId="700793BF">
            <wp:extent cx="5486400" cy="2784475"/>
            <wp:effectExtent l="0" t="0" r="0" b="0"/>
            <wp:docPr id="62342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24319" name=""/>
                    <pic:cNvPicPr/>
                  </pic:nvPicPr>
                  <pic:blipFill>
                    <a:blip r:embed="rId13"/>
                    <a:stretch>
                      <a:fillRect/>
                    </a:stretch>
                  </pic:blipFill>
                  <pic:spPr>
                    <a:xfrm>
                      <a:off x="0" y="0"/>
                      <a:ext cx="5486400" cy="2784475"/>
                    </a:xfrm>
                    <a:prstGeom prst="rect">
                      <a:avLst/>
                    </a:prstGeom>
                  </pic:spPr>
                </pic:pic>
              </a:graphicData>
            </a:graphic>
          </wp:inline>
        </w:drawing>
      </w:r>
    </w:p>
    <w:p w14:paraId="0C7F4385" w14:textId="12884AD9" w:rsidR="00DA3E67" w:rsidRPr="00C45B4B" w:rsidRDefault="00DA3E67" w:rsidP="00DA3E67">
      <w:pPr>
        <w:pStyle w:val="ListNumber"/>
        <w:numPr>
          <w:ilvl w:val="0"/>
          <w:numId w:val="0"/>
        </w:numPr>
        <w:ind w:left="426"/>
        <w:jc w:val="center"/>
        <w:rPr>
          <w:rFonts w:cs="Times New Roman"/>
          <w:sz w:val="24"/>
          <w:szCs w:val="24"/>
        </w:rPr>
      </w:pPr>
      <w:r w:rsidRPr="00C45B4B">
        <w:rPr>
          <w:rFonts w:cs="Times New Roman"/>
          <w:sz w:val="24"/>
          <w:szCs w:val="24"/>
        </w:rPr>
        <w:t>Gambar Laman Data User</w:t>
      </w:r>
    </w:p>
    <w:p w14:paraId="722F23B3" w14:textId="77777777" w:rsidR="00491BF4" w:rsidRPr="00C45B4B" w:rsidRDefault="00491BF4" w:rsidP="00DA3E67">
      <w:pPr>
        <w:pStyle w:val="ListNumber"/>
        <w:numPr>
          <w:ilvl w:val="0"/>
          <w:numId w:val="0"/>
        </w:numPr>
        <w:ind w:left="426"/>
        <w:jc w:val="center"/>
        <w:rPr>
          <w:rFonts w:cs="Times New Roman"/>
          <w:sz w:val="24"/>
          <w:szCs w:val="24"/>
        </w:rPr>
      </w:pPr>
    </w:p>
    <w:p w14:paraId="5A73CE05" w14:textId="4E643053" w:rsidR="00FB11BE" w:rsidRPr="00C45B4B" w:rsidRDefault="00FB11BE" w:rsidP="00FB11BE">
      <w:pPr>
        <w:pStyle w:val="ListNumber"/>
        <w:numPr>
          <w:ilvl w:val="0"/>
          <w:numId w:val="23"/>
        </w:numPr>
        <w:rPr>
          <w:rFonts w:cs="Times New Roman"/>
          <w:b/>
          <w:bCs/>
          <w:sz w:val="24"/>
          <w:szCs w:val="24"/>
        </w:rPr>
      </w:pPr>
      <w:r w:rsidRPr="00C45B4B">
        <w:rPr>
          <w:rFonts w:cs="Times New Roman"/>
          <w:b/>
          <w:bCs/>
          <w:sz w:val="24"/>
          <w:szCs w:val="24"/>
        </w:rPr>
        <w:t>Data User.</w:t>
      </w:r>
    </w:p>
    <w:p w14:paraId="0704A5F3" w14:textId="2769D733" w:rsidR="00FB11BE" w:rsidRPr="00C45B4B" w:rsidRDefault="00FB11BE" w:rsidP="00FB11BE">
      <w:pPr>
        <w:pStyle w:val="ListNumber"/>
        <w:numPr>
          <w:ilvl w:val="0"/>
          <w:numId w:val="24"/>
        </w:numPr>
        <w:rPr>
          <w:rFonts w:cs="Times New Roman"/>
          <w:b/>
          <w:bCs/>
          <w:sz w:val="24"/>
          <w:szCs w:val="24"/>
        </w:rPr>
      </w:pPr>
      <w:r w:rsidRPr="00C45B4B">
        <w:rPr>
          <w:rFonts w:cs="Times New Roman"/>
          <w:sz w:val="24"/>
          <w:szCs w:val="24"/>
        </w:rPr>
        <w:t xml:space="preserve">Klik Menu </w:t>
      </w:r>
      <w:r w:rsidRPr="00C45B4B">
        <w:rPr>
          <w:rFonts w:cs="Times New Roman"/>
          <w:b/>
          <w:bCs/>
          <w:sz w:val="24"/>
          <w:szCs w:val="24"/>
        </w:rPr>
        <w:t>Data User.</w:t>
      </w:r>
    </w:p>
    <w:p w14:paraId="7AEA5EC2" w14:textId="1857A81E" w:rsidR="00FB11BE" w:rsidRPr="00C45B4B" w:rsidRDefault="00FB11BE" w:rsidP="00FB11BE">
      <w:pPr>
        <w:pStyle w:val="ListNumber"/>
        <w:numPr>
          <w:ilvl w:val="0"/>
          <w:numId w:val="24"/>
        </w:numPr>
        <w:rPr>
          <w:rFonts w:cs="Times New Roman"/>
          <w:sz w:val="24"/>
          <w:szCs w:val="24"/>
        </w:rPr>
      </w:pPr>
      <w:r w:rsidRPr="00C45B4B">
        <w:rPr>
          <w:rFonts w:cs="Times New Roman"/>
          <w:sz w:val="24"/>
          <w:szCs w:val="24"/>
        </w:rPr>
        <w:t>Pada Laman Manajemen User, admin dapat Tambah Data, Edit , ubah status(realtime) dan Hapus data, serta dapat mencari data pada kolom SEARCH.</w:t>
      </w:r>
    </w:p>
    <w:p w14:paraId="0B77D8A9" w14:textId="77777777" w:rsidR="00FB11BE" w:rsidRPr="00C45B4B" w:rsidRDefault="00FB11BE" w:rsidP="00FB11BE">
      <w:pPr>
        <w:pStyle w:val="ListNumber"/>
        <w:numPr>
          <w:ilvl w:val="0"/>
          <w:numId w:val="23"/>
        </w:numPr>
        <w:rPr>
          <w:rFonts w:cs="Times New Roman"/>
          <w:b/>
          <w:bCs/>
          <w:sz w:val="24"/>
          <w:szCs w:val="24"/>
        </w:rPr>
      </w:pPr>
      <w:r w:rsidRPr="00C45B4B">
        <w:rPr>
          <w:rFonts w:cs="Times New Roman"/>
          <w:b/>
          <w:bCs/>
          <w:sz w:val="24"/>
          <w:szCs w:val="24"/>
        </w:rPr>
        <w:t>TAMBAH USER.</w:t>
      </w:r>
    </w:p>
    <w:p w14:paraId="4F22F709" w14:textId="77777777" w:rsidR="00FB11BE" w:rsidRPr="00C45B4B" w:rsidRDefault="00FB11BE" w:rsidP="00FB11BE">
      <w:pPr>
        <w:pStyle w:val="ListNumber"/>
        <w:numPr>
          <w:ilvl w:val="0"/>
          <w:numId w:val="24"/>
        </w:numPr>
        <w:rPr>
          <w:rFonts w:cs="Times New Roman"/>
          <w:sz w:val="24"/>
          <w:szCs w:val="24"/>
        </w:rPr>
      </w:pPr>
      <w:r w:rsidRPr="00C45B4B">
        <w:rPr>
          <w:rFonts w:cs="Times New Roman"/>
          <w:sz w:val="24"/>
          <w:szCs w:val="24"/>
        </w:rPr>
        <w:t>Klik tombol Tambah User.</w:t>
      </w:r>
    </w:p>
    <w:p w14:paraId="161960E0" w14:textId="77777777" w:rsidR="00FB11BE" w:rsidRPr="00C45B4B" w:rsidRDefault="00FB11BE" w:rsidP="00FB11BE">
      <w:pPr>
        <w:pStyle w:val="ListNumber"/>
        <w:numPr>
          <w:ilvl w:val="0"/>
          <w:numId w:val="24"/>
        </w:numPr>
        <w:rPr>
          <w:rFonts w:cs="Times New Roman"/>
          <w:sz w:val="24"/>
          <w:szCs w:val="24"/>
        </w:rPr>
      </w:pPr>
      <w:r w:rsidRPr="00C45B4B">
        <w:rPr>
          <w:rFonts w:cs="Times New Roman"/>
          <w:sz w:val="24"/>
          <w:szCs w:val="24"/>
        </w:rPr>
        <w:t>Pada modal Tambah User, isi nama dan semua data yang dibutuhkan, lalu SAVE.</w:t>
      </w:r>
    </w:p>
    <w:p w14:paraId="2AE8F7CE" w14:textId="012B2958" w:rsidR="00FB11BE" w:rsidRPr="00C45B4B" w:rsidRDefault="00FB11BE" w:rsidP="00FB11BE">
      <w:pPr>
        <w:pStyle w:val="ListNumber"/>
        <w:numPr>
          <w:ilvl w:val="0"/>
          <w:numId w:val="0"/>
        </w:numPr>
        <w:ind w:left="786"/>
        <w:jc w:val="center"/>
        <w:rPr>
          <w:rFonts w:cs="Times New Roman"/>
          <w:sz w:val="24"/>
          <w:szCs w:val="24"/>
        </w:rPr>
      </w:pPr>
      <w:r w:rsidRPr="00C45B4B">
        <w:rPr>
          <w:rFonts w:cs="Times New Roman"/>
          <w:sz w:val="24"/>
          <w:szCs w:val="24"/>
        </w:rPr>
        <w:br/>
      </w:r>
      <w:r w:rsidRPr="00C45B4B">
        <w:rPr>
          <w:rFonts w:cs="Times New Roman"/>
          <w:noProof/>
          <w:sz w:val="24"/>
          <w:szCs w:val="24"/>
        </w:rPr>
        <w:drawing>
          <wp:inline distT="0" distB="0" distL="0" distR="0" wp14:anchorId="4A48CE4C" wp14:editId="498DE2A5">
            <wp:extent cx="1966823" cy="2439434"/>
            <wp:effectExtent l="0" t="0" r="0" b="0"/>
            <wp:docPr id="99621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4822" name=""/>
                    <pic:cNvPicPr/>
                  </pic:nvPicPr>
                  <pic:blipFill>
                    <a:blip r:embed="rId14"/>
                    <a:stretch>
                      <a:fillRect/>
                    </a:stretch>
                  </pic:blipFill>
                  <pic:spPr>
                    <a:xfrm>
                      <a:off x="0" y="0"/>
                      <a:ext cx="1975816" cy="2450588"/>
                    </a:xfrm>
                    <a:prstGeom prst="rect">
                      <a:avLst/>
                    </a:prstGeom>
                  </pic:spPr>
                </pic:pic>
              </a:graphicData>
            </a:graphic>
          </wp:inline>
        </w:drawing>
      </w:r>
    </w:p>
    <w:p w14:paraId="2147E376" w14:textId="707EBC62" w:rsidR="00B306DB" w:rsidRPr="00C45B4B" w:rsidRDefault="00B306DB" w:rsidP="00B306DB">
      <w:pPr>
        <w:pStyle w:val="ListNumber"/>
        <w:numPr>
          <w:ilvl w:val="0"/>
          <w:numId w:val="0"/>
        </w:numPr>
        <w:ind w:left="426"/>
        <w:jc w:val="center"/>
        <w:rPr>
          <w:rFonts w:cs="Times New Roman"/>
          <w:sz w:val="24"/>
          <w:szCs w:val="24"/>
        </w:rPr>
      </w:pPr>
      <w:r w:rsidRPr="00C45B4B">
        <w:rPr>
          <w:rFonts w:cs="Times New Roman"/>
          <w:sz w:val="24"/>
          <w:szCs w:val="24"/>
        </w:rPr>
        <w:t>Gambar Laman Tambah User</w:t>
      </w:r>
    </w:p>
    <w:p w14:paraId="27C73BA5" w14:textId="77777777" w:rsidR="00B306DB" w:rsidRPr="00C45B4B" w:rsidRDefault="00B306DB" w:rsidP="00FB11BE">
      <w:pPr>
        <w:pStyle w:val="ListNumber"/>
        <w:numPr>
          <w:ilvl w:val="0"/>
          <w:numId w:val="0"/>
        </w:numPr>
        <w:ind w:left="786"/>
        <w:jc w:val="center"/>
        <w:rPr>
          <w:rFonts w:cs="Times New Roman"/>
          <w:sz w:val="24"/>
          <w:szCs w:val="24"/>
        </w:rPr>
      </w:pPr>
    </w:p>
    <w:p w14:paraId="7434110E" w14:textId="3167AD0A" w:rsidR="00DA3E67" w:rsidRPr="00C45B4B" w:rsidRDefault="00FA323C" w:rsidP="00FA323C">
      <w:pPr>
        <w:pStyle w:val="ListNumber"/>
        <w:numPr>
          <w:ilvl w:val="0"/>
          <w:numId w:val="23"/>
        </w:numPr>
        <w:rPr>
          <w:rFonts w:cs="Times New Roman"/>
          <w:b/>
          <w:bCs/>
          <w:sz w:val="24"/>
          <w:szCs w:val="24"/>
        </w:rPr>
      </w:pPr>
      <w:r w:rsidRPr="00C45B4B">
        <w:rPr>
          <w:rFonts w:cs="Times New Roman"/>
          <w:b/>
          <w:bCs/>
          <w:sz w:val="24"/>
          <w:szCs w:val="24"/>
        </w:rPr>
        <w:lastRenderedPageBreak/>
        <w:t>EDIT DATA USER.</w:t>
      </w:r>
    </w:p>
    <w:p w14:paraId="7CF46C68" w14:textId="24158DC9" w:rsidR="00FA323C" w:rsidRPr="00C45B4B" w:rsidRDefault="00FA323C" w:rsidP="00FA323C">
      <w:pPr>
        <w:pStyle w:val="ListNumber"/>
        <w:numPr>
          <w:ilvl w:val="0"/>
          <w:numId w:val="24"/>
        </w:numPr>
        <w:rPr>
          <w:rFonts w:cs="Times New Roman"/>
          <w:sz w:val="24"/>
          <w:szCs w:val="24"/>
        </w:rPr>
      </w:pPr>
      <w:r w:rsidRPr="00C45B4B">
        <w:rPr>
          <w:rFonts w:cs="Times New Roman"/>
          <w:sz w:val="24"/>
          <w:szCs w:val="24"/>
        </w:rPr>
        <w:t>Klik EDIT pada data yang ingin diedit.</w:t>
      </w:r>
    </w:p>
    <w:p w14:paraId="472969F0" w14:textId="04B33551" w:rsidR="00FA323C" w:rsidRPr="00C45B4B" w:rsidRDefault="00FA323C" w:rsidP="00FA323C">
      <w:pPr>
        <w:pStyle w:val="ListNumber"/>
        <w:numPr>
          <w:ilvl w:val="0"/>
          <w:numId w:val="24"/>
        </w:numPr>
        <w:rPr>
          <w:rFonts w:cs="Times New Roman"/>
          <w:sz w:val="24"/>
          <w:szCs w:val="24"/>
        </w:rPr>
      </w:pPr>
      <w:r w:rsidRPr="00C45B4B">
        <w:rPr>
          <w:rFonts w:cs="Times New Roman"/>
          <w:sz w:val="24"/>
          <w:szCs w:val="24"/>
        </w:rPr>
        <w:t>Ubah data yang diinginkan, lalu SAVE untuk perbarui data.</w:t>
      </w:r>
      <w:r w:rsidR="00C76D74" w:rsidRPr="00C45B4B">
        <w:rPr>
          <w:rFonts w:cs="Times New Roman"/>
          <w:sz w:val="24"/>
          <w:szCs w:val="24"/>
        </w:rPr>
        <w:br/>
      </w:r>
    </w:p>
    <w:p w14:paraId="74137285" w14:textId="04077A46" w:rsidR="00FA323C" w:rsidRPr="00C45B4B" w:rsidRDefault="00FA323C" w:rsidP="00C76D74">
      <w:pPr>
        <w:pStyle w:val="ListNumber"/>
        <w:numPr>
          <w:ilvl w:val="0"/>
          <w:numId w:val="0"/>
        </w:numPr>
        <w:ind w:left="786"/>
        <w:jc w:val="center"/>
        <w:rPr>
          <w:rFonts w:cs="Times New Roman"/>
          <w:sz w:val="24"/>
          <w:szCs w:val="24"/>
        </w:rPr>
      </w:pPr>
      <w:r w:rsidRPr="00C45B4B">
        <w:rPr>
          <w:rFonts w:cs="Times New Roman"/>
          <w:noProof/>
          <w:sz w:val="24"/>
          <w:szCs w:val="24"/>
        </w:rPr>
        <w:drawing>
          <wp:inline distT="0" distB="0" distL="0" distR="0" wp14:anchorId="2DEA9065" wp14:editId="38E1D031">
            <wp:extent cx="1734207" cy="2169874"/>
            <wp:effectExtent l="0" t="0" r="0" b="1905"/>
            <wp:docPr id="112994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4204" name=""/>
                    <pic:cNvPicPr/>
                  </pic:nvPicPr>
                  <pic:blipFill>
                    <a:blip r:embed="rId15"/>
                    <a:stretch>
                      <a:fillRect/>
                    </a:stretch>
                  </pic:blipFill>
                  <pic:spPr>
                    <a:xfrm>
                      <a:off x="0" y="0"/>
                      <a:ext cx="1740529" cy="2177784"/>
                    </a:xfrm>
                    <a:prstGeom prst="rect">
                      <a:avLst/>
                    </a:prstGeom>
                  </pic:spPr>
                </pic:pic>
              </a:graphicData>
            </a:graphic>
          </wp:inline>
        </w:drawing>
      </w:r>
    </w:p>
    <w:p w14:paraId="730E874E" w14:textId="60CB0BC3" w:rsidR="00C76D74" w:rsidRPr="00C45B4B" w:rsidRDefault="00C76D74" w:rsidP="00A33E70">
      <w:pPr>
        <w:pStyle w:val="ListNumber"/>
        <w:numPr>
          <w:ilvl w:val="0"/>
          <w:numId w:val="0"/>
        </w:numPr>
        <w:ind w:left="426"/>
        <w:jc w:val="center"/>
        <w:rPr>
          <w:rFonts w:cs="Times New Roman"/>
          <w:sz w:val="24"/>
          <w:szCs w:val="24"/>
        </w:rPr>
      </w:pPr>
      <w:r w:rsidRPr="00C45B4B">
        <w:rPr>
          <w:rFonts w:cs="Times New Roman"/>
          <w:sz w:val="24"/>
          <w:szCs w:val="24"/>
        </w:rPr>
        <w:t>Gambar Laman Edit Data User</w:t>
      </w:r>
    </w:p>
    <w:p w14:paraId="458561DB" w14:textId="77777777" w:rsidR="0029249E" w:rsidRPr="00C45B4B" w:rsidRDefault="0029249E" w:rsidP="00A33E70">
      <w:pPr>
        <w:pStyle w:val="ListNumber"/>
        <w:numPr>
          <w:ilvl w:val="0"/>
          <w:numId w:val="0"/>
        </w:numPr>
        <w:ind w:left="426"/>
        <w:jc w:val="center"/>
        <w:rPr>
          <w:rFonts w:cs="Times New Roman"/>
          <w:sz w:val="24"/>
          <w:szCs w:val="24"/>
        </w:rPr>
      </w:pPr>
    </w:p>
    <w:p w14:paraId="2FECBCE8" w14:textId="5E20722F" w:rsidR="0029249E" w:rsidRPr="00C45B4B" w:rsidRDefault="0029249E" w:rsidP="0029249E">
      <w:pPr>
        <w:pStyle w:val="ListNumber"/>
        <w:numPr>
          <w:ilvl w:val="0"/>
          <w:numId w:val="23"/>
        </w:numPr>
        <w:rPr>
          <w:rFonts w:cs="Times New Roman"/>
          <w:b/>
          <w:bCs/>
          <w:sz w:val="24"/>
          <w:szCs w:val="24"/>
        </w:rPr>
      </w:pPr>
      <w:r w:rsidRPr="00C45B4B">
        <w:rPr>
          <w:rFonts w:cs="Times New Roman"/>
          <w:b/>
          <w:bCs/>
          <w:sz w:val="24"/>
          <w:szCs w:val="24"/>
        </w:rPr>
        <w:t>DELETE DATA.</w:t>
      </w:r>
    </w:p>
    <w:p w14:paraId="52381266" w14:textId="5C17E086" w:rsidR="0029249E" w:rsidRPr="00C45B4B" w:rsidRDefault="0029249E" w:rsidP="0029249E">
      <w:pPr>
        <w:pStyle w:val="ListNumber"/>
        <w:numPr>
          <w:ilvl w:val="0"/>
          <w:numId w:val="24"/>
        </w:numPr>
        <w:rPr>
          <w:rFonts w:cs="Times New Roman"/>
          <w:sz w:val="24"/>
          <w:szCs w:val="24"/>
        </w:rPr>
      </w:pPr>
      <w:r w:rsidRPr="00C45B4B">
        <w:rPr>
          <w:rFonts w:cs="Times New Roman"/>
          <w:sz w:val="24"/>
          <w:szCs w:val="24"/>
        </w:rPr>
        <w:t xml:space="preserve">Klik tombol DELETE pada yang ingin dihapus, </w:t>
      </w:r>
    </w:p>
    <w:p w14:paraId="67E07D9E" w14:textId="2FC772B8" w:rsidR="0029249E" w:rsidRPr="00C45B4B" w:rsidRDefault="0029249E" w:rsidP="0029249E">
      <w:pPr>
        <w:pStyle w:val="ListNumber"/>
        <w:numPr>
          <w:ilvl w:val="0"/>
          <w:numId w:val="24"/>
        </w:numPr>
        <w:rPr>
          <w:rFonts w:cs="Times New Roman"/>
          <w:sz w:val="24"/>
          <w:szCs w:val="24"/>
        </w:rPr>
      </w:pPr>
      <w:r w:rsidRPr="00C45B4B">
        <w:rPr>
          <w:rFonts w:cs="Times New Roman"/>
          <w:sz w:val="24"/>
          <w:szCs w:val="24"/>
        </w:rPr>
        <w:t>Akan tampil ALERT jika benar ingin hapus data.</w:t>
      </w:r>
    </w:p>
    <w:p w14:paraId="4958EC7B" w14:textId="08DBC90F" w:rsidR="0029249E" w:rsidRPr="00C45B4B" w:rsidRDefault="0029249E" w:rsidP="0029249E">
      <w:pPr>
        <w:pStyle w:val="ListNumber"/>
        <w:numPr>
          <w:ilvl w:val="0"/>
          <w:numId w:val="24"/>
        </w:numPr>
        <w:rPr>
          <w:rFonts w:cs="Times New Roman"/>
          <w:sz w:val="24"/>
          <w:szCs w:val="24"/>
        </w:rPr>
      </w:pPr>
      <w:r w:rsidRPr="00C45B4B">
        <w:rPr>
          <w:rFonts w:cs="Times New Roman"/>
          <w:sz w:val="24"/>
          <w:szCs w:val="24"/>
        </w:rPr>
        <w:t xml:space="preserve">Verifikasi </w:t>
      </w:r>
      <w:r w:rsidR="00F01BCF" w:rsidRPr="00C45B4B">
        <w:rPr>
          <w:rFonts w:cs="Times New Roman"/>
          <w:sz w:val="24"/>
          <w:szCs w:val="24"/>
        </w:rPr>
        <w:t>OK</w:t>
      </w:r>
      <w:r w:rsidRPr="00C45B4B">
        <w:rPr>
          <w:rFonts w:cs="Times New Roman"/>
          <w:sz w:val="24"/>
          <w:szCs w:val="24"/>
        </w:rPr>
        <w:t xml:space="preserve"> jika ingin hapus, jika batal hapus klik BATAL</w:t>
      </w:r>
      <w:r w:rsidR="00935B67" w:rsidRPr="00C45B4B">
        <w:rPr>
          <w:rFonts w:cs="Times New Roman"/>
          <w:sz w:val="24"/>
          <w:szCs w:val="24"/>
        </w:rPr>
        <w:t>/CANCEL.</w:t>
      </w:r>
    </w:p>
    <w:p w14:paraId="72DCD1DE" w14:textId="77777777" w:rsidR="003218D4" w:rsidRPr="00C45B4B" w:rsidRDefault="003218D4" w:rsidP="00EE5A90">
      <w:pPr>
        <w:pStyle w:val="ListNumber"/>
        <w:numPr>
          <w:ilvl w:val="0"/>
          <w:numId w:val="0"/>
        </w:numPr>
        <w:ind w:left="1146"/>
        <w:rPr>
          <w:rFonts w:cs="Times New Roman"/>
          <w:sz w:val="24"/>
          <w:szCs w:val="24"/>
        </w:rPr>
      </w:pPr>
    </w:p>
    <w:p w14:paraId="1D16141E" w14:textId="77777777" w:rsidR="00C76D74" w:rsidRPr="00C45B4B" w:rsidRDefault="00C76D74" w:rsidP="00C76D74">
      <w:pPr>
        <w:pStyle w:val="ListNumber"/>
        <w:numPr>
          <w:ilvl w:val="0"/>
          <w:numId w:val="0"/>
        </w:numPr>
        <w:ind w:left="786"/>
        <w:jc w:val="center"/>
        <w:rPr>
          <w:rFonts w:cs="Times New Roman"/>
          <w:sz w:val="24"/>
          <w:szCs w:val="24"/>
        </w:rPr>
      </w:pPr>
    </w:p>
    <w:p w14:paraId="7FE42A61" w14:textId="7D8E0418" w:rsidR="00CF65CE" w:rsidRPr="00C45B4B" w:rsidRDefault="00BF1D47" w:rsidP="00FE3D6E">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4C40064A" wp14:editId="53A9D384">
            <wp:extent cx="5486400" cy="2884805"/>
            <wp:effectExtent l="0" t="0" r="0" b="0"/>
            <wp:docPr id="188376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65017" name=""/>
                    <pic:cNvPicPr/>
                  </pic:nvPicPr>
                  <pic:blipFill>
                    <a:blip r:embed="rId16"/>
                    <a:stretch>
                      <a:fillRect/>
                    </a:stretch>
                  </pic:blipFill>
                  <pic:spPr>
                    <a:xfrm>
                      <a:off x="0" y="0"/>
                      <a:ext cx="5486400" cy="2884805"/>
                    </a:xfrm>
                    <a:prstGeom prst="rect">
                      <a:avLst/>
                    </a:prstGeom>
                  </pic:spPr>
                </pic:pic>
              </a:graphicData>
            </a:graphic>
          </wp:inline>
        </w:drawing>
      </w:r>
    </w:p>
    <w:p w14:paraId="3840F39C" w14:textId="31CEDE13" w:rsidR="00BF1D47" w:rsidRPr="00C45B4B" w:rsidRDefault="00BF1D47" w:rsidP="00BF1D47">
      <w:pPr>
        <w:pStyle w:val="ListNumber"/>
        <w:numPr>
          <w:ilvl w:val="0"/>
          <w:numId w:val="0"/>
        </w:numPr>
        <w:ind w:left="426"/>
        <w:jc w:val="center"/>
        <w:rPr>
          <w:rFonts w:cs="Times New Roman"/>
          <w:sz w:val="24"/>
          <w:szCs w:val="24"/>
        </w:rPr>
      </w:pPr>
      <w:r w:rsidRPr="00C45B4B">
        <w:rPr>
          <w:rFonts w:cs="Times New Roman"/>
          <w:sz w:val="24"/>
          <w:szCs w:val="24"/>
        </w:rPr>
        <w:t>Gambar Laman Kategori Projects</w:t>
      </w:r>
    </w:p>
    <w:p w14:paraId="4F224AEB" w14:textId="5AD42194" w:rsidR="00434541" w:rsidRPr="00C45B4B" w:rsidRDefault="00434541" w:rsidP="00434541">
      <w:pPr>
        <w:pStyle w:val="ListNumber"/>
        <w:numPr>
          <w:ilvl w:val="0"/>
          <w:numId w:val="23"/>
        </w:numPr>
        <w:rPr>
          <w:rFonts w:cs="Times New Roman"/>
          <w:b/>
          <w:bCs/>
          <w:sz w:val="24"/>
          <w:szCs w:val="24"/>
        </w:rPr>
      </w:pPr>
      <w:r w:rsidRPr="00C45B4B">
        <w:rPr>
          <w:rFonts w:cs="Times New Roman"/>
          <w:b/>
          <w:bCs/>
          <w:sz w:val="24"/>
          <w:szCs w:val="24"/>
        </w:rPr>
        <w:t>Tambah Kategori.</w:t>
      </w:r>
    </w:p>
    <w:p w14:paraId="37B2F8C3" w14:textId="0C031794" w:rsidR="00B54C48" w:rsidRPr="00C45B4B" w:rsidRDefault="00B54C48" w:rsidP="00B54C48">
      <w:pPr>
        <w:pStyle w:val="ListNumber"/>
        <w:numPr>
          <w:ilvl w:val="0"/>
          <w:numId w:val="24"/>
        </w:numPr>
        <w:rPr>
          <w:rFonts w:cs="Times New Roman"/>
          <w:sz w:val="24"/>
          <w:szCs w:val="24"/>
        </w:rPr>
      </w:pPr>
      <w:r w:rsidRPr="00C45B4B">
        <w:rPr>
          <w:rFonts w:cs="Times New Roman"/>
          <w:sz w:val="24"/>
          <w:szCs w:val="24"/>
        </w:rPr>
        <w:t>Klik tombol TAMBAH KATEGORI</w:t>
      </w:r>
    </w:p>
    <w:p w14:paraId="04000328" w14:textId="5DA4F2B2" w:rsidR="00B54C48" w:rsidRPr="00C45B4B" w:rsidRDefault="00321D20" w:rsidP="00B54C48">
      <w:pPr>
        <w:pStyle w:val="ListNumber"/>
        <w:numPr>
          <w:ilvl w:val="0"/>
          <w:numId w:val="24"/>
        </w:numPr>
        <w:rPr>
          <w:rFonts w:cs="Times New Roman"/>
          <w:sz w:val="24"/>
          <w:szCs w:val="24"/>
        </w:rPr>
      </w:pPr>
      <w:r w:rsidRPr="00C45B4B">
        <w:rPr>
          <w:rFonts w:cs="Times New Roman"/>
          <w:sz w:val="24"/>
          <w:szCs w:val="24"/>
        </w:rPr>
        <w:lastRenderedPageBreak/>
        <w:t>Isi Kategori pada kolom Nama Kategori</w:t>
      </w:r>
    </w:p>
    <w:p w14:paraId="318616CC" w14:textId="7327DBDB" w:rsidR="00321D20" w:rsidRPr="00C45B4B" w:rsidRDefault="00321D20" w:rsidP="00B54C48">
      <w:pPr>
        <w:pStyle w:val="ListNumber"/>
        <w:numPr>
          <w:ilvl w:val="0"/>
          <w:numId w:val="24"/>
        </w:numPr>
        <w:rPr>
          <w:rFonts w:cs="Times New Roman"/>
          <w:sz w:val="24"/>
          <w:szCs w:val="24"/>
        </w:rPr>
      </w:pPr>
      <w:r w:rsidRPr="00C45B4B">
        <w:rPr>
          <w:rFonts w:cs="Times New Roman"/>
          <w:sz w:val="24"/>
          <w:szCs w:val="24"/>
        </w:rPr>
        <w:t>Klik SAVE untuk simpan data, CANCEL jika batal simpan</w:t>
      </w:r>
    </w:p>
    <w:p w14:paraId="1B8D3848" w14:textId="77777777" w:rsidR="00321D20" w:rsidRPr="00C45B4B" w:rsidRDefault="00321D20" w:rsidP="00321D20">
      <w:pPr>
        <w:pStyle w:val="ListNumber"/>
        <w:numPr>
          <w:ilvl w:val="0"/>
          <w:numId w:val="0"/>
        </w:numPr>
        <w:ind w:left="1146"/>
        <w:rPr>
          <w:rFonts w:cs="Times New Roman"/>
          <w:sz w:val="24"/>
          <w:szCs w:val="24"/>
        </w:rPr>
      </w:pPr>
    </w:p>
    <w:p w14:paraId="00C6CD82" w14:textId="55572E07" w:rsidR="00321D20" w:rsidRPr="00C45B4B" w:rsidRDefault="00321D20" w:rsidP="00163FC3">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0C8D9604" wp14:editId="4DD5EF6C">
            <wp:extent cx="3697539" cy="1837427"/>
            <wp:effectExtent l="0" t="0" r="0" b="0"/>
            <wp:docPr id="4814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175" name=""/>
                    <pic:cNvPicPr/>
                  </pic:nvPicPr>
                  <pic:blipFill>
                    <a:blip r:embed="rId17"/>
                    <a:stretch>
                      <a:fillRect/>
                    </a:stretch>
                  </pic:blipFill>
                  <pic:spPr>
                    <a:xfrm>
                      <a:off x="0" y="0"/>
                      <a:ext cx="3717665" cy="1847428"/>
                    </a:xfrm>
                    <a:prstGeom prst="rect">
                      <a:avLst/>
                    </a:prstGeom>
                  </pic:spPr>
                </pic:pic>
              </a:graphicData>
            </a:graphic>
          </wp:inline>
        </w:drawing>
      </w:r>
    </w:p>
    <w:p w14:paraId="1838C029" w14:textId="538A1FD1" w:rsidR="00321D20" w:rsidRPr="00C45B4B" w:rsidRDefault="00321D20" w:rsidP="00321D20">
      <w:pPr>
        <w:pStyle w:val="ListNumber"/>
        <w:numPr>
          <w:ilvl w:val="0"/>
          <w:numId w:val="0"/>
        </w:numPr>
        <w:ind w:left="426"/>
        <w:jc w:val="center"/>
        <w:rPr>
          <w:rFonts w:cs="Times New Roman"/>
          <w:sz w:val="24"/>
          <w:szCs w:val="24"/>
        </w:rPr>
      </w:pPr>
      <w:r w:rsidRPr="00C45B4B">
        <w:rPr>
          <w:rFonts w:cs="Times New Roman"/>
          <w:sz w:val="24"/>
          <w:szCs w:val="24"/>
        </w:rPr>
        <w:t>Gambar laman Tambah Kategori Projects</w:t>
      </w:r>
    </w:p>
    <w:p w14:paraId="48FC759C" w14:textId="77777777" w:rsidR="00321D20" w:rsidRPr="00C45B4B" w:rsidRDefault="00321D20" w:rsidP="00321D20">
      <w:pPr>
        <w:pStyle w:val="ListNumber"/>
        <w:numPr>
          <w:ilvl w:val="0"/>
          <w:numId w:val="0"/>
        </w:numPr>
        <w:ind w:left="426"/>
        <w:jc w:val="center"/>
        <w:rPr>
          <w:rFonts w:cs="Times New Roman"/>
          <w:sz w:val="24"/>
          <w:szCs w:val="24"/>
        </w:rPr>
      </w:pPr>
    </w:p>
    <w:p w14:paraId="524FC090" w14:textId="424A3C3A" w:rsidR="00434541" w:rsidRPr="00C45B4B" w:rsidRDefault="00434541" w:rsidP="00434541">
      <w:pPr>
        <w:pStyle w:val="ListNumber"/>
        <w:numPr>
          <w:ilvl w:val="0"/>
          <w:numId w:val="23"/>
        </w:numPr>
        <w:rPr>
          <w:rFonts w:cs="Times New Roman"/>
          <w:b/>
          <w:bCs/>
          <w:sz w:val="24"/>
          <w:szCs w:val="24"/>
        </w:rPr>
      </w:pPr>
      <w:r w:rsidRPr="00C45B4B">
        <w:rPr>
          <w:rFonts w:cs="Times New Roman"/>
          <w:b/>
          <w:bCs/>
          <w:sz w:val="24"/>
          <w:szCs w:val="24"/>
        </w:rPr>
        <w:t>Edit Kategori</w:t>
      </w:r>
    </w:p>
    <w:p w14:paraId="546E32EE" w14:textId="58198CD8" w:rsidR="004D4BD3" w:rsidRPr="00C45B4B" w:rsidRDefault="004D4BD3" w:rsidP="004D4BD3">
      <w:pPr>
        <w:pStyle w:val="ListNumber"/>
        <w:numPr>
          <w:ilvl w:val="0"/>
          <w:numId w:val="24"/>
        </w:numPr>
        <w:rPr>
          <w:rFonts w:cs="Times New Roman"/>
          <w:sz w:val="24"/>
          <w:szCs w:val="24"/>
        </w:rPr>
      </w:pPr>
      <w:r w:rsidRPr="00C45B4B">
        <w:rPr>
          <w:rFonts w:cs="Times New Roman"/>
          <w:sz w:val="24"/>
          <w:szCs w:val="24"/>
        </w:rPr>
        <w:t>Klik icon edit warna kuning</w:t>
      </w:r>
    </w:p>
    <w:p w14:paraId="2FB94FEC" w14:textId="332EA519" w:rsidR="004D4BD3" w:rsidRPr="00C45B4B" w:rsidRDefault="004D4BD3" w:rsidP="004D4BD3">
      <w:pPr>
        <w:pStyle w:val="ListNumber"/>
        <w:numPr>
          <w:ilvl w:val="0"/>
          <w:numId w:val="24"/>
        </w:numPr>
        <w:rPr>
          <w:rFonts w:cs="Times New Roman"/>
          <w:sz w:val="24"/>
          <w:szCs w:val="24"/>
        </w:rPr>
      </w:pPr>
      <w:r w:rsidRPr="00C45B4B">
        <w:rPr>
          <w:rFonts w:cs="Times New Roman"/>
          <w:sz w:val="24"/>
          <w:szCs w:val="24"/>
        </w:rPr>
        <w:t>Edit data sesuai keinginan</w:t>
      </w:r>
    </w:p>
    <w:p w14:paraId="223AA8C5" w14:textId="09984B42" w:rsidR="004D4BD3" w:rsidRPr="00C45B4B" w:rsidRDefault="004D4BD3" w:rsidP="004D4BD3">
      <w:pPr>
        <w:pStyle w:val="ListNumber"/>
        <w:numPr>
          <w:ilvl w:val="0"/>
          <w:numId w:val="24"/>
        </w:numPr>
        <w:rPr>
          <w:rFonts w:cs="Times New Roman"/>
          <w:sz w:val="24"/>
          <w:szCs w:val="24"/>
        </w:rPr>
      </w:pPr>
      <w:r w:rsidRPr="00C45B4B">
        <w:rPr>
          <w:rFonts w:cs="Times New Roman"/>
          <w:sz w:val="24"/>
          <w:szCs w:val="24"/>
        </w:rPr>
        <w:t>SAVE untuk simpan data, CANCEL untuk batal edit</w:t>
      </w:r>
    </w:p>
    <w:p w14:paraId="3BE53856" w14:textId="77777777" w:rsidR="004D4BD3" w:rsidRPr="00C45B4B" w:rsidRDefault="004D4BD3" w:rsidP="004D4BD3">
      <w:pPr>
        <w:pStyle w:val="ListNumber"/>
        <w:numPr>
          <w:ilvl w:val="0"/>
          <w:numId w:val="0"/>
        </w:numPr>
        <w:rPr>
          <w:rFonts w:cs="Times New Roman"/>
          <w:sz w:val="24"/>
          <w:szCs w:val="24"/>
        </w:rPr>
      </w:pPr>
    </w:p>
    <w:p w14:paraId="4DC8C3CF" w14:textId="3FF1DAA0" w:rsidR="004D4BD3" w:rsidRPr="00C45B4B" w:rsidRDefault="004D4BD3" w:rsidP="004D4BD3">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3C5D019E" wp14:editId="633241C8">
            <wp:extent cx="3864634" cy="1865687"/>
            <wp:effectExtent l="0" t="0" r="2540" b="1270"/>
            <wp:docPr id="187197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7005" name=""/>
                    <pic:cNvPicPr/>
                  </pic:nvPicPr>
                  <pic:blipFill>
                    <a:blip r:embed="rId18"/>
                    <a:stretch>
                      <a:fillRect/>
                    </a:stretch>
                  </pic:blipFill>
                  <pic:spPr>
                    <a:xfrm>
                      <a:off x="0" y="0"/>
                      <a:ext cx="3904400" cy="1884885"/>
                    </a:xfrm>
                    <a:prstGeom prst="rect">
                      <a:avLst/>
                    </a:prstGeom>
                  </pic:spPr>
                </pic:pic>
              </a:graphicData>
            </a:graphic>
          </wp:inline>
        </w:drawing>
      </w:r>
    </w:p>
    <w:p w14:paraId="279E266F" w14:textId="4BFAD683" w:rsidR="004D4BD3" w:rsidRPr="00C45B4B" w:rsidRDefault="004D4BD3" w:rsidP="004D4BD3">
      <w:pPr>
        <w:pStyle w:val="ListNumber"/>
        <w:numPr>
          <w:ilvl w:val="0"/>
          <w:numId w:val="0"/>
        </w:numPr>
        <w:ind w:left="426"/>
        <w:jc w:val="center"/>
        <w:rPr>
          <w:rFonts w:cs="Times New Roman"/>
          <w:sz w:val="24"/>
          <w:szCs w:val="24"/>
        </w:rPr>
      </w:pPr>
      <w:r w:rsidRPr="00C45B4B">
        <w:rPr>
          <w:rFonts w:cs="Times New Roman"/>
          <w:sz w:val="24"/>
          <w:szCs w:val="24"/>
        </w:rPr>
        <w:t>Gambar laman Edit Kategori Projects</w:t>
      </w:r>
    </w:p>
    <w:p w14:paraId="62C12B11" w14:textId="77777777" w:rsidR="004D4BD3" w:rsidRPr="00C45B4B" w:rsidRDefault="004D4BD3" w:rsidP="004D4BD3">
      <w:pPr>
        <w:pStyle w:val="ListNumber"/>
        <w:numPr>
          <w:ilvl w:val="0"/>
          <w:numId w:val="0"/>
        </w:numPr>
        <w:jc w:val="center"/>
        <w:rPr>
          <w:rFonts w:cs="Times New Roman"/>
          <w:sz w:val="24"/>
          <w:szCs w:val="24"/>
        </w:rPr>
      </w:pPr>
    </w:p>
    <w:p w14:paraId="43E5D0E0" w14:textId="34D4299F" w:rsidR="00434541" w:rsidRPr="00C45B4B" w:rsidRDefault="00434541" w:rsidP="00434541">
      <w:pPr>
        <w:pStyle w:val="ListNumber"/>
        <w:numPr>
          <w:ilvl w:val="0"/>
          <w:numId w:val="23"/>
        </w:numPr>
        <w:rPr>
          <w:rFonts w:cs="Times New Roman"/>
          <w:b/>
          <w:bCs/>
          <w:sz w:val="24"/>
          <w:szCs w:val="24"/>
        </w:rPr>
      </w:pPr>
      <w:r w:rsidRPr="00C45B4B">
        <w:rPr>
          <w:rFonts w:cs="Times New Roman"/>
          <w:b/>
          <w:bCs/>
          <w:sz w:val="24"/>
          <w:szCs w:val="24"/>
        </w:rPr>
        <w:t>Hapus Kategori</w:t>
      </w:r>
    </w:p>
    <w:p w14:paraId="28B826FB" w14:textId="60E9A0AF" w:rsidR="006549FC" w:rsidRPr="00C45B4B" w:rsidRDefault="00F471B9" w:rsidP="006549FC">
      <w:pPr>
        <w:pStyle w:val="ListNumber"/>
        <w:numPr>
          <w:ilvl w:val="0"/>
          <w:numId w:val="24"/>
        </w:numPr>
        <w:rPr>
          <w:rFonts w:cs="Times New Roman"/>
          <w:sz w:val="24"/>
          <w:szCs w:val="24"/>
        </w:rPr>
      </w:pPr>
      <w:r w:rsidRPr="00C45B4B">
        <w:rPr>
          <w:rFonts w:cs="Times New Roman"/>
          <w:sz w:val="24"/>
          <w:szCs w:val="24"/>
        </w:rPr>
        <w:t>Klik ikon HAPUS warna merah</w:t>
      </w:r>
    </w:p>
    <w:p w14:paraId="3A5B5C67" w14:textId="15EC197B" w:rsidR="00F471B9" w:rsidRPr="00C45B4B" w:rsidRDefault="00F471B9" w:rsidP="006549FC">
      <w:pPr>
        <w:pStyle w:val="ListNumber"/>
        <w:numPr>
          <w:ilvl w:val="0"/>
          <w:numId w:val="24"/>
        </w:numPr>
        <w:rPr>
          <w:rFonts w:cs="Times New Roman"/>
          <w:sz w:val="24"/>
          <w:szCs w:val="24"/>
        </w:rPr>
      </w:pPr>
      <w:r w:rsidRPr="00C45B4B">
        <w:rPr>
          <w:rFonts w:cs="Times New Roman"/>
          <w:sz w:val="24"/>
          <w:szCs w:val="24"/>
        </w:rPr>
        <w:t>Klik YA, HAPUS jika ingin hapus data, BATAL jika ingin batal HAPUS data.</w:t>
      </w:r>
    </w:p>
    <w:p w14:paraId="1A54AE45" w14:textId="5FF85D66" w:rsidR="00434541" w:rsidRPr="00C45B4B" w:rsidRDefault="00434541" w:rsidP="006511AB">
      <w:pPr>
        <w:pStyle w:val="ListNumber"/>
        <w:numPr>
          <w:ilvl w:val="0"/>
          <w:numId w:val="0"/>
        </w:numPr>
        <w:ind w:left="786"/>
        <w:jc w:val="center"/>
        <w:rPr>
          <w:rFonts w:cs="Times New Roman"/>
          <w:sz w:val="24"/>
          <w:szCs w:val="24"/>
        </w:rPr>
      </w:pPr>
      <w:r w:rsidRPr="00C45B4B">
        <w:rPr>
          <w:rFonts w:cs="Times New Roman"/>
          <w:noProof/>
          <w:sz w:val="24"/>
          <w:szCs w:val="24"/>
        </w:rPr>
        <w:lastRenderedPageBreak/>
        <w:drawing>
          <wp:inline distT="0" distB="0" distL="0" distR="0" wp14:anchorId="56240AEA" wp14:editId="15ADE276">
            <wp:extent cx="3546467" cy="2321584"/>
            <wp:effectExtent l="190500" t="171450" r="187960" b="193040"/>
            <wp:docPr id="1850995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95879" name=""/>
                    <pic:cNvPicPr/>
                  </pic:nvPicPr>
                  <pic:blipFill>
                    <a:blip r:embed="rId19"/>
                    <a:stretch>
                      <a:fillRect/>
                    </a:stretch>
                  </pic:blipFill>
                  <pic:spPr>
                    <a:xfrm>
                      <a:off x="0" y="0"/>
                      <a:ext cx="3556857" cy="23283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632A2F7" w14:textId="3DF3354D" w:rsidR="00434541" w:rsidRPr="00C45B4B" w:rsidRDefault="00434541" w:rsidP="00434541">
      <w:pPr>
        <w:pStyle w:val="ListNumber"/>
        <w:numPr>
          <w:ilvl w:val="0"/>
          <w:numId w:val="0"/>
        </w:numPr>
        <w:ind w:left="426"/>
        <w:jc w:val="center"/>
        <w:rPr>
          <w:rFonts w:cs="Times New Roman"/>
          <w:sz w:val="24"/>
          <w:szCs w:val="24"/>
        </w:rPr>
      </w:pPr>
      <w:r w:rsidRPr="00C45B4B">
        <w:rPr>
          <w:rFonts w:cs="Times New Roman"/>
          <w:sz w:val="24"/>
          <w:szCs w:val="24"/>
        </w:rPr>
        <w:t>Gambar Notifikasi Hapus Data Kategori Projects</w:t>
      </w:r>
    </w:p>
    <w:p w14:paraId="6A1F19EE" w14:textId="77777777" w:rsidR="00434541" w:rsidRPr="00C45B4B" w:rsidRDefault="00434541" w:rsidP="00434541">
      <w:pPr>
        <w:pStyle w:val="ListNumber"/>
        <w:numPr>
          <w:ilvl w:val="0"/>
          <w:numId w:val="0"/>
        </w:numPr>
        <w:ind w:left="786"/>
        <w:rPr>
          <w:rFonts w:cs="Times New Roman"/>
          <w:sz w:val="24"/>
          <w:szCs w:val="24"/>
        </w:rPr>
      </w:pPr>
    </w:p>
    <w:p w14:paraId="3D665547" w14:textId="77777777" w:rsidR="0080575B" w:rsidRPr="00C45B4B" w:rsidRDefault="0080575B" w:rsidP="00BF1D47">
      <w:pPr>
        <w:pStyle w:val="ListNumber"/>
        <w:numPr>
          <w:ilvl w:val="0"/>
          <w:numId w:val="0"/>
        </w:numPr>
        <w:ind w:left="426"/>
        <w:jc w:val="center"/>
        <w:rPr>
          <w:rFonts w:cs="Times New Roman"/>
          <w:sz w:val="24"/>
          <w:szCs w:val="24"/>
        </w:rPr>
      </w:pPr>
    </w:p>
    <w:p w14:paraId="1DC24E1A" w14:textId="1F2E72DC" w:rsidR="0080575B" w:rsidRPr="00C45B4B" w:rsidRDefault="0080575B" w:rsidP="00A80ABC">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53F92056" wp14:editId="014F116F">
            <wp:extent cx="4546802" cy="2441275"/>
            <wp:effectExtent l="0" t="0" r="6350" b="0"/>
            <wp:docPr id="79617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75126" name=""/>
                    <pic:cNvPicPr/>
                  </pic:nvPicPr>
                  <pic:blipFill>
                    <a:blip r:embed="rId20"/>
                    <a:stretch>
                      <a:fillRect/>
                    </a:stretch>
                  </pic:blipFill>
                  <pic:spPr>
                    <a:xfrm>
                      <a:off x="0" y="0"/>
                      <a:ext cx="4551682" cy="2443895"/>
                    </a:xfrm>
                    <a:prstGeom prst="rect">
                      <a:avLst/>
                    </a:prstGeom>
                  </pic:spPr>
                </pic:pic>
              </a:graphicData>
            </a:graphic>
          </wp:inline>
        </w:drawing>
      </w:r>
    </w:p>
    <w:p w14:paraId="1AE004D5" w14:textId="03F8F932" w:rsidR="0080575B" w:rsidRPr="00C45B4B" w:rsidRDefault="0080575B" w:rsidP="0080575B">
      <w:pPr>
        <w:pStyle w:val="ListNumber"/>
        <w:numPr>
          <w:ilvl w:val="0"/>
          <w:numId w:val="0"/>
        </w:numPr>
        <w:ind w:left="426"/>
        <w:jc w:val="center"/>
        <w:rPr>
          <w:rFonts w:cs="Times New Roman"/>
          <w:sz w:val="24"/>
          <w:szCs w:val="24"/>
        </w:rPr>
      </w:pPr>
      <w:r w:rsidRPr="00C45B4B">
        <w:rPr>
          <w:rFonts w:cs="Times New Roman"/>
          <w:sz w:val="24"/>
          <w:szCs w:val="24"/>
        </w:rPr>
        <w:t>Gambar Laman All Projects</w:t>
      </w:r>
    </w:p>
    <w:p w14:paraId="7778186E" w14:textId="77777777" w:rsidR="00796114" w:rsidRPr="00C45B4B" w:rsidRDefault="00796114" w:rsidP="0080575B">
      <w:pPr>
        <w:pStyle w:val="ListNumber"/>
        <w:numPr>
          <w:ilvl w:val="0"/>
          <w:numId w:val="0"/>
        </w:numPr>
        <w:ind w:left="426"/>
        <w:jc w:val="center"/>
        <w:rPr>
          <w:rFonts w:cs="Times New Roman"/>
          <w:sz w:val="24"/>
          <w:szCs w:val="24"/>
        </w:rPr>
      </w:pPr>
    </w:p>
    <w:p w14:paraId="3530F5A0" w14:textId="77777777" w:rsidR="00796114" w:rsidRPr="00C45B4B" w:rsidRDefault="00796114" w:rsidP="0080575B">
      <w:pPr>
        <w:pStyle w:val="ListNumber"/>
        <w:numPr>
          <w:ilvl w:val="0"/>
          <w:numId w:val="0"/>
        </w:numPr>
        <w:ind w:left="426"/>
        <w:jc w:val="center"/>
        <w:rPr>
          <w:rFonts w:cs="Times New Roman"/>
          <w:sz w:val="24"/>
          <w:szCs w:val="24"/>
        </w:rPr>
      </w:pPr>
    </w:p>
    <w:p w14:paraId="20950C28" w14:textId="6CCD1AC9" w:rsidR="00796114" w:rsidRPr="00C45B4B" w:rsidRDefault="00796114" w:rsidP="00796114">
      <w:pPr>
        <w:pStyle w:val="ListNumber"/>
        <w:numPr>
          <w:ilvl w:val="0"/>
          <w:numId w:val="23"/>
        </w:numPr>
        <w:rPr>
          <w:rFonts w:cs="Times New Roman"/>
          <w:b/>
          <w:bCs/>
          <w:sz w:val="24"/>
          <w:szCs w:val="24"/>
        </w:rPr>
      </w:pPr>
      <w:r w:rsidRPr="00C45B4B">
        <w:rPr>
          <w:rFonts w:cs="Times New Roman"/>
          <w:b/>
          <w:bCs/>
          <w:sz w:val="24"/>
          <w:szCs w:val="24"/>
        </w:rPr>
        <w:t>Tambah Project</w:t>
      </w:r>
    </w:p>
    <w:p w14:paraId="67E01F38" w14:textId="2E232C02" w:rsidR="00796114" w:rsidRPr="00C45B4B" w:rsidRDefault="00796114" w:rsidP="00796114">
      <w:pPr>
        <w:pStyle w:val="ListNumber"/>
        <w:numPr>
          <w:ilvl w:val="0"/>
          <w:numId w:val="24"/>
        </w:numPr>
        <w:rPr>
          <w:rFonts w:cs="Times New Roman"/>
          <w:b/>
          <w:bCs/>
          <w:sz w:val="24"/>
          <w:szCs w:val="24"/>
        </w:rPr>
      </w:pPr>
      <w:r w:rsidRPr="00C45B4B">
        <w:rPr>
          <w:rFonts w:cs="Times New Roman"/>
          <w:sz w:val="24"/>
          <w:szCs w:val="24"/>
        </w:rPr>
        <w:t xml:space="preserve">Klik tombol </w:t>
      </w:r>
      <w:r w:rsidRPr="00C45B4B">
        <w:rPr>
          <w:rFonts w:cs="Times New Roman"/>
          <w:b/>
          <w:bCs/>
          <w:sz w:val="24"/>
          <w:szCs w:val="24"/>
        </w:rPr>
        <w:t>Tambah Project</w:t>
      </w:r>
    </w:p>
    <w:p w14:paraId="6608F8F8" w14:textId="42D30528" w:rsidR="00796114" w:rsidRPr="00C45B4B" w:rsidRDefault="003E50FD" w:rsidP="00796114">
      <w:pPr>
        <w:pStyle w:val="ListNumber"/>
        <w:numPr>
          <w:ilvl w:val="0"/>
          <w:numId w:val="24"/>
        </w:numPr>
        <w:rPr>
          <w:rFonts w:cs="Times New Roman"/>
          <w:sz w:val="24"/>
          <w:szCs w:val="24"/>
        </w:rPr>
      </w:pPr>
      <w:r w:rsidRPr="00C45B4B">
        <w:rPr>
          <w:rFonts w:cs="Times New Roman"/>
          <w:sz w:val="24"/>
          <w:szCs w:val="24"/>
        </w:rPr>
        <w:t xml:space="preserve">Isi data yang dibutuhkan </w:t>
      </w:r>
    </w:p>
    <w:p w14:paraId="381ECD4F" w14:textId="14D68526" w:rsidR="003E50FD" w:rsidRPr="00C45B4B" w:rsidRDefault="003E50FD" w:rsidP="00796114">
      <w:pPr>
        <w:pStyle w:val="ListNumber"/>
        <w:numPr>
          <w:ilvl w:val="0"/>
          <w:numId w:val="24"/>
        </w:numPr>
        <w:rPr>
          <w:rFonts w:cs="Times New Roman"/>
          <w:sz w:val="24"/>
          <w:szCs w:val="24"/>
        </w:rPr>
      </w:pPr>
      <w:r w:rsidRPr="00C45B4B">
        <w:rPr>
          <w:rFonts w:cs="Times New Roman"/>
          <w:b/>
          <w:bCs/>
          <w:sz w:val="24"/>
          <w:szCs w:val="24"/>
        </w:rPr>
        <w:t>SAVE</w:t>
      </w:r>
      <w:r w:rsidRPr="00C45B4B">
        <w:rPr>
          <w:rFonts w:cs="Times New Roman"/>
          <w:sz w:val="24"/>
          <w:szCs w:val="24"/>
        </w:rPr>
        <w:t xml:space="preserve"> untuk simpan data, </w:t>
      </w:r>
      <w:r w:rsidRPr="00C45B4B">
        <w:rPr>
          <w:rFonts w:cs="Times New Roman"/>
          <w:b/>
          <w:bCs/>
          <w:sz w:val="24"/>
          <w:szCs w:val="24"/>
        </w:rPr>
        <w:t>CANCEL</w:t>
      </w:r>
      <w:r w:rsidRPr="00C45B4B">
        <w:rPr>
          <w:rFonts w:cs="Times New Roman"/>
          <w:sz w:val="24"/>
          <w:szCs w:val="24"/>
        </w:rPr>
        <w:t xml:space="preserve"> untuk batal tambah data.</w:t>
      </w:r>
    </w:p>
    <w:p w14:paraId="5500054A" w14:textId="780355BF" w:rsidR="001A4D41" w:rsidRPr="00C45B4B" w:rsidRDefault="001A4D41" w:rsidP="001A4D41">
      <w:pPr>
        <w:pStyle w:val="ListNumber"/>
        <w:numPr>
          <w:ilvl w:val="0"/>
          <w:numId w:val="0"/>
        </w:numPr>
        <w:ind w:left="1146"/>
        <w:jc w:val="center"/>
        <w:rPr>
          <w:rFonts w:cs="Times New Roman"/>
          <w:sz w:val="24"/>
          <w:szCs w:val="24"/>
        </w:rPr>
      </w:pPr>
      <w:r w:rsidRPr="00C45B4B">
        <w:rPr>
          <w:rFonts w:cs="Times New Roman"/>
          <w:noProof/>
        </w:rPr>
        <w:lastRenderedPageBreak/>
        <w:drawing>
          <wp:inline distT="0" distB="0" distL="0" distR="0" wp14:anchorId="32FD78B9" wp14:editId="6B3EA523">
            <wp:extent cx="3519577" cy="2977791"/>
            <wp:effectExtent l="0" t="0" r="5080" b="0"/>
            <wp:docPr id="1151930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30640" name=""/>
                    <pic:cNvPicPr/>
                  </pic:nvPicPr>
                  <pic:blipFill>
                    <a:blip r:embed="rId21"/>
                    <a:stretch>
                      <a:fillRect/>
                    </a:stretch>
                  </pic:blipFill>
                  <pic:spPr>
                    <a:xfrm>
                      <a:off x="0" y="0"/>
                      <a:ext cx="3527477" cy="2984475"/>
                    </a:xfrm>
                    <a:prstGeom prst="rect">
                      <a:avLst/>
                    </a:prstGeom>
                  </pic:spPr>
                </pic:pic>
              </a:graphicData>
            </a:graphic>
          </wp:inline>
        </w:drawing>
      </w:r>
    </w:p>
    <w:p w14:paraId="6F7A95B1" w14:textId="3FD91652" w:rsidR="007665E3" w:rsidRPr="00C45B4B" w:rsidRDefault="007665E3" w:rsidP="007665E3">
      <w:pPr>
        <w:pStyle w:val="ListNumber"/>
        <w:numPr>
          <w:ilvl w:val="0"/>
          <w:numId w:val="0"/>
        </w:numPr>
        <w:ind w:left="426"/>
        <w:jc w:val="center"/>
        <w:rPr>
          <w:rFonts w:cs="Times New Roman"/>
          <w:sz w:val="24"/>
          <w:szCs w:val="24"/>
        </w:rPr>
      </w:pPr>
      <w:r w:rsidRPr="00C45B4B">
        <w:rPr>
          <w:rFonts w:cs="Times New Roman"/>
          <w:sz w:val="24"/>
          <w:szCs w:val="24"/>
        </w:rPr>
        <w:t>Gambar Laman TAMBAH PROJECT</w:t>
      </w:r>
    </w:p>
    <w:p w14:paraId="0FF97141" w14:textId="77777777" w:rsidR="007665E3" w:rsidRPr="00C45B4B" w:rsidRDefault="007665E3" w:rsidP="001A4D41">
      <w:pPr>
        <w:pStyle w:val="ListNumber"/>
        <w:numPr>
          <w:ilvl w:val="0"/>
          <w:numId w:val="0"/>
        </w:numPr>
        <w:ind w:left="1146"/>
        <w:jc w:val="center"/>
        <w:rPr>
          <w:rFonts w:cs="Times New Roman"/>
          <w:sz w:val="24"/>
          <w:szCs w:val="24"/>
        </w:rPr>
      </w:pPr>
    </w:p>
    <w:p w14:paraId="496300FD" w14:textId="77777777" w:rsidR="00E8484D" w:rsidRPr="00C45B4B" w:rsidRDefault="00E8484D" w:rsidP="001A4D41">
      <w:pPr>
        <w:pStyle w:val="ListNumber"/>
        <w:numPr>
          <w:ilvl w:val="0"/>
          <w:numId w:val="0"/>
        </w:numPr>
        <w:ind w:left="1146"/>
        <w:jc w:val="center"/>
        <w:rPr>
          <w:rFonts w:cs="Times New Roman"/>
          <w:sz w:val="24"/>
          <w:szCs w:val="24"/>
        </w:rPr>
      </w:pPr>
    </w:p>
    <w:p w14:paraId="63ABF60D" w14:textId="63529DA3" w:rsidR="001064A0" w:rsidRPr="00C45B4B" w:rsidRDefault="001064A0" w:rsidP="00424F67">
      <w:pPr>
        <w:pStyle w:val="ListNumber"/>
        <w:numPr>
          <w:ilvl w:val="0"/>
          <w:numId w:val="0"/>
        </w:numPr>
        <w:ind w:left="1146"/>
        <w:rPr>
          <w:rFonts w:cs="Times New Roman"/>
          <w:sz w:val="24"/>
          <w:szCs w:val="24"/>
        </w:rPr>
      </w:pPr>
    </w:p>
    <w:p w14:paraId="1D89E0FE" w14:textId="7CB76BA0" w:rsidR="00796114" w:rsidRPr="00C45B4B" w:rsidRDefault="00796114" w:rsidP="00796114">
      <w:pPr>
        <w:pStyle w:val="ListNumber"/>
        <w:numPr>
          <w:ilvl w:val="0"/>
          <w:numId w:val="23"/>
        </w:numPr>
        <w:rPr>
          <w:rFonts w:cs="Times New Roman"/>
          <w:b/>
          <w:bCs/>
          <w:sz w:val="24"/>
          <w:szCs w:val="24"/>
        </w:rPr>
      </w:pPr>
      <w:r w:rsidRPr="00C45B4B">
        <w:rPr>
          <w:rFonts w:cs="Times New Roman"/>
          <w:b/>
          <w:bCs/>
          <w:sz w:val="24"/>
          <w:szCs w:val="24"/>
        </w:rPr>
        <w:t>Edit Project</w:t>
      </w:r>
    </w:p>
    <w:p w14:paraId="18292EC5" w14:textId="3C01C973" w:rsidR="00424F67" w:rsidRPr="00C45B4B" w:rsidRDefault="00424F67" w:rsidP="00424F67">
      <w:pPr>
        <w:pStyle w:val="ListNumber"/>
        <w:numPr>
          <w:ilvl w:val="0"/>
          <w:numId w:val="24"/>
        </w:numPr>
        <w:rPr>
          <w:rFonts w:cs="Times New Roman"/>
          <w:b/>
          <w:bCs/>
          <w:sz w:val="24"/>
          <w:szCs w:val="24"/>
        </w:rPr>
      </w:pPr>
      <w:r w:rsidRPr="00C45B4B">
        <w:rPr>
          <w:rFonts w:cs="Times New Roman"/>
          <w:sz w:val="24"/>
          <w:szCs w:val="24"/>
        </w:rPr>
        <w:t xml:space="preserve">Klik tombol </w:t>
      </w:r>
      <w:r w:rsidRPr="00C45B4B">
        <w:rPr>
          <w:rFonts w:cs="Times New Roman"/>
          <w:b/>
          <w:bCs/>
          <w:sz w:val="24"/>
          <w:szCs w:val="24"/>
        </w:rPr>
        <w:t>EDIT</w:t>
      </w:r>
      <w:r w:rsidRPr="00C45B4B">
        <w:rPr>
          <w:rFonts w:cs="Times New Roman"/>
          <w:sz w:val="24"/>
          <w:szCs w:val="24"/>
        </w:rPr>
        <w:t xml:space="preserve"> pada data yang ingin di edit</w:t>
      </w:r>
    </w:p>
    <w:p w14:paraId="4F41707F" w14:textId="72FA38BF" w:rsidR="00424F67" w:rsidRPr="00C45B4B" w:rsidRDefault="00424F67" w:rsidP="00424F67">
      <w:pPr>
        <w:pStyle w:val="ListNumber"/>
        <w:numPr>
          <w:ilvl w:val="0"/>
          <w:numId w:val="24"/>
        </w:numPr>
        <w:rPr>
          <w:rFonts w:cs="Times New Roman"/>
          <w:b/>
          <w:bCs/>
          <w:sz w:val="24"/>
          <w:szCs w:val="24"/>
        </w:rPr>
      </w:pPr>
      <w:r w:rsidRPr="00C45B4B">
        <w:rPr>
          <w:rFonts w:cs="Times New Roman"/>
          <w:sz w:val="24"/>
          <w:szCs w:val="24"/>
        </w:rPr>
        <w:t>Ubah data sesuai kebutuhan</w:t>
      </w:r>
    </w:p>
    <w:p w14:paraId="2F82E3B4" w14:textId="26957956" w:rsidR="00424F67" w:rsidRPr="00C45B4B" w:rsidRDefault="00424F67" w:rsidP="00424F67">
      <w:pPr>
        <w:pStyle w:val="ListNumber"/>
        <w:numPr>
          <w:ilvl w:val="0"/>
          <w:numId w:val="24"/>
        </w:numPr>
        <w:rPr>
          <w:rFonts w:cs="Times New Roman"/>
          <w:sz w:val="24"/>
          <w:szCs w:val="24"/>
        </w:rPr>
      </w:pPr>
      <w:r w:rsidRPr="00C45B4B">
        <w:rPr>
          <w:rFonts w:cs="Times New Roman"/>
          <w:b/>
          <w:bCs/>
          <w:sz w:val="24"/>
          <w:szCs w:val="24"/>
        </w:rPr>
        <w:t>SAVE</w:t>
      </w:r>
      <w:r w:rsidRPr="00C45B4B">
        <w:rPr>
          <w:rFonts w:cs="Times New Roman"/>
          <w:sz w:val="24"/>
          <w:szCs w:val="24"/>
        </w:rPr>
        <w:t xml:space="preserve"> untuk Update data, </w:t>
      </w:r>
      <w:r w:rsidRPr="00C45B4B">
        <w:rPr>
          <w:rFonts w:cs="Times New Roman"/>
          <w:b/>
          <w:bCs/>
          <w:sz w:val="24"/>
          <w:szCs w:val="24"/>
        </w:rPr>
        <w:t>CANCEL</w:t>
      </w:r>
      <w:r w:rsidRPr="00C45B4B">
        <w:rPr>
          <w:rFonts w:cs="Times New Roman"/>
          <w:sz w:val="24"/>
          <w:szCs w:val="24"/>
        </w:rPr>
        <w:t xml:space="preserve"> untuk batal edit data.</w:t>
      </w:r>
    </w:p>
    <w:p w14:paraId="5DD48430" w14:textId="07E03336" w:rsidR="001A4D41" w:rsidRPr="00C45B4B" w:rsidRDefault="001A4D41" w:rsidP="008828BA">
      <w:pPr>
        <w:pStyle w:val="ListNumber"/>
        <w:numPr>
          <w:ilvl w:val="0"/>
          <w:numId w:val="0"/>
        </w:numPr>
        <w:ind w:left="1134"/>
        <w:jc w:val="center"/>
        <w:rPr>
          <w:rFonts w:cs="Times New Roman"/>
          <w:sz w:val="24"/>
          <w:szCs w:val="24"/>
        </w:rPr>
      </w:pPr>
      <w:r w:rsidRPr="00C45B4B">
        <w:rPr>
          <w:rFonts w:cs="Times New Roman"/>
          <w:noProof/>
        </w:rPr>
        <w:drawing>
          <wp:inline distT="0" distB="0" distL="0" distR="0" wp14:anchorId="3F19426F" wp14:editId="698B6152">
            <wp:extent cx="3925019" cy="3265852"/>
            <wp:effectExtent l="0" t="0" r="0" b="0"/>
            <wp:docPr id="1493884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84058" name=""/>
                    <pic:cNvPicPr/>
                  </pic:nvPicPr>
                  <pic:blipFill>
                    <a:blip r:embed="rId22"/>
                    <a:stretch>
                      <a:fillRect/>
                    </a:stretch>
                  </pic:blipFill>
                  <pic:spPr>
                    <a:xfrm>
                      <a:off x="0" y="0"/>
                      <a:ext cx="3931289" cy="3271069"/>
                    </a:xfrm>
                    <a:prstGeom prst="rect">
                      <a:avLst/>
                    </a:prstGeom>
                  </pic:spPr>
                </pic:pic>
              </a:graphicData>
            </a:graphic>
          </wp:inline>
        </w:drawing>
      </w:r>
    </w:p>
    <w:p w14:paraId="4437E2E6" w14:textId="28C6524B" w:rsidR="005C675C" w:rsidRPr="00C45B4B" w:rsidRDefault="005C675C" w:rsidP="005C675C">
      <w:pPr>
        <w:pStyle w:val="ListNumber"/>
        <w:numPr>
          <w:ilvl w:val="0"/>
          <w:numId w:val="0"/>
        </w:numPr>
        <w:ind w:left="426"/>
        <w:jc w:val="center"/>
        <w:rPr>
          <w:rFonts w:cs="Times New Roman"/>
          <w:sz w:val="24"/>
          <w:szCs w:val="24"/>
        </w:rPr>
      </w:pPr>
      <w:r w:rsidRPr="00C45B4B">
        <w:rPr>
          <w:rFonts w:cs="Times New Roman"/>
          <w:sz w:val="24"/>
          <w:szCs w:val="24"/>
        </w:rPr>
        <w:t>Gambar Laman EDIT PROJECT</w:t>
      </w:r>
    </w:p>
    <w:p w14:paraId="1FD9FAF0" w14:textId="05C77DCD" w:rsidR="00796114" w:rsidRPr="00C45B4B" w:rsidRDefault="00796114" w:rsidP="00796114">
      <w:pPr>
        <w:pStyle w:val="ListNumber"/>
        <w:numPr>
          <w:ilvl w:val="0"/>
          <w:numId w:val="23"/>
        </w:numPr>
        <w:rPr>
          <w:rFonts w:cs="Times New Roman"/>
          <w:b/>
          <w:bCs/>
          <w:sz w:val="24"/>
          <w:szCs w:val="24"/>
        </w:rPr>
      </w:pPr>
      <w:r w:rsidRPr="00C45B4B">
        <w:rPr>
          <w:rFonts w:cs="Times New Roman"/>
          <w:b/>
          <w:bCs/>
          <w:sz w:val="24"/>
          <w:szCs w:val="24"/>
        </w:rPr>
        <w:lastRenderedPageBreak/>
        <w:t>Hapus Projects</w:t>
      </w:r>
    </w:p>
    <w:p w14:paraId="7C5C1DCB" w14:textId="64CB7A60" w:rsidR="004D6077" w:rsidRPr="00C45B4B" w:rsidRDefault="004D6077" w:rsidP="004D6077">
      <w:pPr>
        <w:pStyle w:val="ListNumber"/>
        <w:numPr>
          <w:ilvl w:val="0"/>
          <w:numId w:val="24"/>
        </w:numPr>
        <w:rPr>
          <w:rFonts w:cs="Times New Roman"/>
          <w:b/>
          <w:bCs/>
          <w:sz w:val="24"/>
          <w:szCs w:val="24"/>
        </w:rPr>
      </w:pPr>
      <w:r w:rsidRPr="00C45B4B">
        <w:rPr>
          <w:rFonts w:cs="Times New Roman"/>
          <w:sz w:val="24"/>
          <w:szCs w:val="24"/>
        </w:rPr>
        <w:t>Klik data yang ingin dihapus</w:t>
      </w:r>
    </w:p>
    <w:p w14:paraId="64AF72C9" w14:textId="11CFBB0A" w:rsidR="004D6077" w:rsidRPr="00C45B4B" w:rsidRDefault="004D6077" w:rsidP="004D6077">
      <w:pPr>
        <w:pStyle w:val="ListNumber"/>
        <w:numPr>
          <w:ilvl w:val="0"/>
          <w:numId w:val="24"/>
        </w:numPr>
        <w:rPr>
          <w:rFonts w:cs="Times New Roman"/>
          <w:b/>
          <w:bCs/>
          <w:sz w:val="24"/>
          <w:szCs w:val="24"/>
        </w:rPr>
      </w:pPr>
      <w:r w:rsidRPr="00C45B4B">
        <w:rPr>
          <w:rFonts w:cs="Times New Roman"/>
          <w:sz w:val="24"/>
          <w:szCs w:val="24"/>
        </w:rPr>
        <w:t>Akan tampil konfirmasi data ingin dihapus.</w:t>
      </w:r>
    </w:p>
    <w:p w14:paraId="6761EFF2" w14:textId="2A286A56" w:rsidR="004D6077" w:rsidRPr="00C45B4B" w:rsidRDefault="004D6077" w:rsidP="004D6077">
      <w:pPr>
        <w:pStyle w:val="ListNumber"/>
        <w:numPr>
          <w:ilvl w:val="0"/>
          <w:numId w:val="24"/>
        </w:numPr>
        <w:rPr>
          <w:rFonts w:cs="Times New Roman"/>
          <w:b/>
          <w:bCs/>
          <w:sz w:val="24"/>
          <w:szCs w:val="24"/>
        </w:rPr>
      </w:pPr>
      <w:r w:rsidRPr="00C45B4B">
        <w:rPr>
          <w:rFonts w:cs="Times New Roman"/>
          <w:sz w:val="24"/>
          <w:szCs w:val="24"/>
        </w:rPr>
        <w:t>Klik OK jika ingin benar menghapus, Cancel untuk batal hapus data</w:t>
      </w:r>
    </w:p>
    <w:p w14:paraId="3C516D6F" w14:textId="77777777" w:rsidR="0080575B" w:rsidRPr="00C45B4B" w:rsidRDefault="0080575B" w:rsidP="00BF1D47">
      <w:pPr>
        <w:pStyle w:val="ListNumber"/>
        <w:numPr>
          <w:ilvl w:val="0"/>
          <w:numId w:val="0"/>
        </w:numPr>
        <w:ind w:left="426"/>
        <w:jc w:val="center"/>
        <w:rPr>
          <w:rFonts w:cs="Times New Roman"/>
          <w:sz w:val="24"/>
          <w:szCs w:val="24"/>
        </w:rPr>
      </w:pPr>
    </w:p>
    <w:p w14:paraId="3F018F70" w14:textId="172BF980" w:rsidR="00D700AE" w:rsidRPr="00C45B4B" w:rsidRDefault="00D700AE" w:rsidP="00D700AE">
      <w:pPr>
        <w:pStyle w:val="Heading2"/>
        <w:numPr>
          <w:ilvl w:val="1"/>
          <w:numId w:val="16"/>
        </w:numPr>
        <w:jc w:val="both"/>
        <w:rPr>
          <w:rFonts w:ascii="Times New Roman" w:hAnsi="Times New Roman" w:cs="Times New Roman"/>
          <w:sz w:val="24"/>
          <w:szCs w:val="24"/>
        </w:rPr>
      </w:pPr>
      <w:r w:rsidRPr="00C45B4B">
        <w:rPr>
          <w:rFonts w:ascii="Times New Roman" w:hAnsi="Times New Roman" w:cs="Times New Roman"/>
          <w:sz w:val="24"/>
          <w:szCs w:val="24"/>
        </w:rPr>
        <w:t xml:space="preserve">Dashboard </w:t>
      </w:r>
      <w:r w:rsidR="002D296A" w:rsidRPr="00C45B4B">
        <w:rPr>
          <w:rFonts w:ascii="Times New Roman" w:hAnsi="Times New Roman" w:cs="Times New Roman"/>
          <w:sz w:val="24"/>
          <w:szCs w:val="24"/>
        </w:rPr>
        <w:t>Student</w:t>
      </w:r>
    </w:p>
    <w:p w14:paraId="1D50772F" w14:textId="2C02319A" w:rsidR="00A54CF5" w:rsidRPr="00C45B4B" w:rsidRDefault="00A54CF5" w:rsidP="000247A6">
      <w:pPr>
        <w:ind w:firstLine="360"/>
        <w:rPr>
          <w:rFonts w:cs="Times New Roman"/>
        </w:rPr>
      </w:pPr>
      <w:r w:rsidRPr="00C45B4B">
        <w:rPr>
          <w:rFonts w:cs="Times New Roman"/>
        </w:rPr>
        <w:t>Pada dashboard Student, terdapat menu :</w:t>
      </w:r>
    </w:p>
    <w:p w14:paraId="13CD6EDF" w14:textId="10FEA6EE" w:rsidR="00EF72B4" w:rsidRPr="00C45B4B" w:rsidRDefault="00EF72B4" w:rsidP="00EF72B4">
      <w:pPr>
        <w:pStyle w:val="ListParagraph"/>
        <w:numPr>
          <w:ilvl w:val="0"/>
          <w:numId w:val="17"/>
        </w:numPr>
        <w:rPr>
          <w:rFonts w:cs="Times New Roman"/>
        </w:rPr>
      </w:pPr>
      <w:r w:rsidRPr="00C45B4B">
        <w:rPr>
          <w:rFonts w:cs="Times New Roman"/>
          <w:b/>
          <w:bCs/>
        </w:rPr>
        <w:t>Dashboard</w:t>
      </w:r>
      <w:r w:rsidRPr="00C45B4B">
        <w:rPr>
          <w:rFonts w:cs="Times New Roman"/>
        </w:rPr>
        <w:t>, Terdapat shortcut dan tampilan data</w:t>
      </w:r>
    </w:p>
    <w:p w14:paraId="4223E97A" w14:textId="744754FA" w:rsidR="00EF72B4" w:rsidRPr="00C45B4B" w:rsidRDefault="00EF72B4" w:rsidP="00EF72B4">
      <w:pPr>
        <w:pStyle w:val="ListParagraph"/>
        <w:numPr>
          <w:ilvl w:val="0"/>
          <w:numId w:val="17"/>
        </w:numPr>
        <w:rPr>
          <w:rFonts w:cs="Times New Roman"/>
        </w:rPr>
      </w:pPr>
      <w:r w:rsidRPr="00C45B4B">
        <w:rPr>
          <w:rFonts w:cs="Times New Roman"/>
          <w:b/>
          <w:bCs/>
        </w:rPr>
        <w:t>Profile</w:t>
      </w:r>
      <w:r w:rsidRPr="00C45B4B">
        <w:rPr>
          <w:rFonts w:cs="Times New Roman"/>
        </w:rPr>
        <w:t>, ubah data profil dan ubah kata sandi</w:t>
      </w:r>
    </w:p>
    <w:p w14:paraId="2D266F02" w14:textId="624CA8EC" w:rsidR="00EF72B4" w:rsidRPr="00C45B4B" w:rsidRDefault="00EF72B4" w:rsidP="00EF72B4">
      <w:pPr>
        <w:pStyle w:val="ListParagraph"/>
        <w:numPr>
          <w:ilvl w:val="0"/>
          <w:numId w:val="17"/>
        </w:numPr>
        <w:rPr>
          <w:rFonts w:cs="Times New Roman"/>
        </w:rPr>
      </w:pPr>
      <w:r w:rsidRPr="00C45B4B">
        <w:rPr>
          <w:rFonts w:cs="Times New Roman"/>
          <w:b/>
          <w:bCs/>
        </w:rPr>
        <w:t>My Projects</w:t>
      </w:r>
      <w:r w:rsidRPr="00C45B4B">
        <w:rPr>
          <w:rFonts w:cs="Times New Roman"/>
        </w:rPr>
        <w:t>, data project pengguna</w:t>
      </w:r>
    </w:p>
    <w:p w14:paraId="172C24D9" w14:textId="77777777" w:rsidR="002D296A" w:rsidRPr="00C45B4B" w:rsidRDefault="002D296A" w:rsidP="00115450">
      <w:pPr>
        <w:pStyle w:val="ListNumber"/>
        <w:numPr>
          <w:ilvl w:val="0"/>
          <w:numId w:val="0"/>
        </w:numPr>
        <w:jc w:val="center"/>
        <w:rPr>
          <w:rFonts w:cs="Times New Roman"/>
          <w:sz w:val="24"/>
          <w:szCs w:val="24"/>
        </w:rPr>
      </w:pPr>
      <w:r w:rsidRPr="00C45B4B">
        <w:rPr>
          <w:rFonts w:cs="Times New Roman"/>
          <w:noProof/>
          <w:sz w:val="24"/>
          <w:szCs w:val="24"/>
        </w:rPr>
        <w:drawing>
          <wp:inline distT="0" distB="0" distL="0" distR="0" wp14:anchorId="5936F4A6" wp14:editId="23AAE2E5">
            <wp:extent cx="5413955" cy="3045349"/>
            <wp:effectExtent l="0" t="0" r="0" b="3175"/>
            <wp:docPr id="166838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3857" name=""/>
                    <pic:cNvPicPr/>
                  </pic:nvPicPr>
                  <pic:blipFill>
                    <a:blip r:embed="rId23"/>
                    <a:stretch>
                      <a:fillRect/>
                    </a:stretch>
                  </pic:blipFill>
                  <pic:spPr>
                    <a:xfrm>
                      <a:off x="0" y="0"/>
                      <a:ext cx="5434051" cy="3056653"/>
                    </a:xfrm>
                    <a:prstGeom prst="rect">
                      <a:avLst/>
                    </a:prstGeom>
                  </pic:spPr>
                </pic:pic>
              </a:graphicData>
            </a:graphic>
          </wp:inline>
        </w:drawing>
      </w:r>
    </w:p>
    <w:p w14:paraId="138E67F6" w14:textId="77777777" w:rsidR="002D296A" w:rsidRPr="00C45B4B" w:rsidRDefault="002D296A" w:rsidP="00437D34">
      <w:pPr>
        <w:pStyle w:val="ListNumber"/>
        <w:numPr>
          <w:ilvl w:val="0"/>
          <w:numId w:val="0"/>
        </w:numPr>
        <w:ind w:left="720"/>
        <w:jc w:val="center"/>
        <w:rPr>
          <w:rFonts w:cs="Times New Roman"/>
          <w:sz w:val="24"/>
          <w:szCs w:val="24"/>
        </w:rPr>
      </w:pPr>
      <w:r w:rsidRPr="00C45B4B">
        <w:rPr>
          <w:rFonts w:cs="Times New Roman"/>
          <w:sz w:val="24"/>
          <w:szCs w:val="24"/>
        </w:rPr>
        <w:t>Gambar Dashboard Student</w:t>
      </w:r>
    </w:p>
    <w:p w14:paraId="34E3832D" w14:textId="77777777" w:rsidR="002D296A" w:rsidRPr="00C45B4B" w:rsidRDefault="002D296A" w:rsidP="002D296A">
      <w:pPr>
        <w:rPr>
          <w:rFonts w:cs="Times New Roman"/>
        </w:rPr>
      </w:pPr>
    </w:p>
    <w:p w14:paraId="15851AEA" w14:textId="1916A630" w:rsidR="00A54CF5" w:rsidRPr="00C45B4B" w:rsidRDefault="007140CE" w:rsidP="004679EE">
      <w:pPr>
        <w:pStyle w:val="ListParagraph"/>
        <w:numPr>
          <w:ilvl w:val="0"/>
          <w:numId w:val="23"/>
        </w:numPr>
        <w:rPr>
          <w:rFonts w:cs="Times New Roman"/>
          <w:b/>
          <w:bCs/>
        </w:rPr>
      </w:pPr>
      <w:r w:rsidRPr="00C45B4B">
        <w:rPr>
          <w:rFonts w:cs="Times New Roman"/>
          <w:b/>
          <w:bCs/>
        </w:rPr>
        <w:t>Menu PROFILE</w:t>
      </w:r>
    </w:p>
    <w:p w14:paraId="29A0D7CE" w14:textId="768B6E55" w:rsidR="007140CE" w:rsidRPr="00C45B4B" w:rsidRDefault="007140CE" w:rsidP="007140CE">
      <w:pPr>
        <w:pStyle w:val="ListParagraph"/>
        <w:numPr>
          <w:ilvl w:val="0"/>
          <w:numId w:val="24"/>
        </w:numPr>
        <w:rPr>
          <w:rFonts w:cs="Times New Roman"/>
        </w:rPr>
      </w:pPr>
      <w:r w:rsidRPr="00C45B4B">
        <w:rPr>
          <w:rFonts w:cs="Times New Roman"/>
        </w:rPr>
        <w:t xml:space="preserve">Klik menu Profile, </w:t>
      </w:r>
    </w:p>
    <w:p w14:paraId="2CE9A8A8" w14:textId="53C4B7D7" w:rsidR="0042307A" w:rsidRPr="00C45B4B" w:rsidRDefault="0042307A" w:rsidP="007140CE">
      <w:pPr>
        <w:pStyle w:val="ListParagraph"/>
        <w:numPr>
          <w:ilvl w:val="0"/>
          <w:numId w:val="24"/>
        </w:numPr>
        <w:rPr>
          <w:rFonts w:cs="Times New Roman"/>
        </w:rPr>
      </w:pPr>
      <w:r w:rsidRPr="00C45B4B">
        <w:rPr>
          <w:rFonts w:cs="Times New Roman"/>
        </w:rPr>
        <w:t>Pada laman Edit Profile, isi data yang ingin diubah, hingga foto,</w:t>
      </w:r>
    </w:p>
    <w:p w14:paraId="35236BE6" w14:textId="53EB5F96" w:rsidR="0042307A" w:rsidRPr="00C45B4B" w:rsidRDefault="0042307A" w:rsidP="007140CE">
      <w:pPr>
        <w:pStyle w:val="ListParagraph"/>
        <w:numPr>
          <w:ilvl w:val="0"/>
          <w:numId w:val="24"/>
        </w:numPr>
        <w:rPr>
          <w:rFonts w:cs="Times New Roman"/>
        </w:rPr>
      </w:pPr>
      <w:r w:rsidRPr="00C45B4B">
        <w:rPr>
          <w:rFonts w:cs="Times New Roman"/>
        </w:rPr>
        <w:t>Klik Update</w:t>
      </w:r>
      <w:r w:rsidR="007A14FF" w:rsidRPr="00C45B4B">
        <w:rPr>
          <w:rFonts w:cs="Times New Roman"/>
        </w:rPr>
        <w:t xml:space="preserve"> , untuk perbarui data</w:t>
      </w:r>
    </w:p>
    <w:p w14:paraId="7236BF6C" w14:textId="5E3C6A6D" w:rsidR="0042307A" w:rsidRPr="00C45B4B" w:rsidRDefault="00E56F8D" w:rsidP="007140CE">
      <w:pPr>
        <w:pStyle w:val="ListParagraph"/>
        <w:numPr>
          <w:ilvl w:val="0"/>
          <w:numId w:val="24"/>
        </w:numPr>
        <w:rPr>
          <w:rFonts w:cs="Times New Roman"/>
        </w:rPr>
      </w:pPr>
      <w:r w:rsidRPr="00C45B4B">
        <w:rPr>
          <w:rFonts w:cs="Times New Roman"/>
        </w:rPr>
        <w:t>Klik Cancel jika ingin batalkan edit data</w:t>
      </w:r>
    </w:p>
    <w:p w14:paraId="26331775" w14:textId="5D361DB1" w:rsidR="00A54CF5" w:rsidRPr="00C45B4B" w:rsidRDefault="00A54CF5" w:rsidP="00C257A3">
      <w:pPr>
        <w:jc w:val="center"/>
        <w:rPr>
          <w:rFonts w:cs="Times New Roman"/>
        </w:rPr>
      </w:pPr>
      <w:r w:rsidRPr="00C45B4B">
        <w:rPr>
          <w:rFonts w:cs="Times New Roman"/>
          <w:noProof/>
        </w:rPr>
        <w:lastRenderedPageBreak/>
        <w:drawing>
          <wp:inline distT="0" distB="0" distL="0" distR="0" wp14:anchorId="001DE7B8" wp14:editId="29315DC0">
            <wp:extent cx="4986068" cy="2333180"/>
            <wp:effectExtent l="0" t="0" r="5080" b="0"/>
            <wp:docPr id="1152209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09160" name=""/>
                    <pic:cNvPicPr/>
                  </pic:nvPicPr>
                  <pic:blipFill>
                    <a:blip r:embed="rId24"/>
                    <a:stretch>
                      <a:fillRect/>
                    </a:stretch>
                  </pic:blipFill>
                  <pic:spPr>
                    <a:xfrm>
                      <a:off x="0" y="0"/>
                      <a:ext cx="4991659" cy="2335796"/>
                    </a:xfrm>
                    <a:prstGeom prst="rect">
                      <a:avLst/>
                    </a:prstGeom>
                  </pic:spPr>
                </pic:pic>
              </a:graphicData>
            </a:graphic>
          </wp:inline>
        </w:drawing>
      </w:r>
    </w:p>
    <w:p w14:paraId="240C25FB" w14:textId="5EE1A3CA" w:rsidR="00414D84" w:rsidRPr="00C45B4B" w:rsidRDefault="00414D84" w:rsidP="00414D84">
      <w:pPr>
        <w:pStyle w:val="ListNumber"/>
        <w:numPr>
          <w:ilvl w:val="0"/>
          <w:numId w:val="0"/>
        </w:numPr>
        <w:ind w:left="720"/>
        <w:jc w:val="center"/>
        <w:rPr>
          <w:rFonts w:cs="Times New Roman"/>
          <w:sz w:val="24"/>
          <w:szCs w:val="24"/>
        </w:rPr>
      </w:pPr>
      <w:r w:rsidRPr="00C45B4B">
        <w:rPr>
          <w:rFonts w:cs="Times New Roman"/>
          <w:sz w:val="24"/>
          <w:szCs w:val="24"/>
        </w:rPr>
        <w:t>Gambar Profile Student</w:t>
      </w:r>
    </w:p>
    <w:p w14:paraId="1B1E61E9" w14:textId="77777777" w:rsidR="006A7A6D" w:rsidRPr="00C45B4B" w:rsidRDefault="006A7A6D" w:rsidP="00414D84">
      <w:pPr>
        <w:pStyle w:val="ListNumber"/>
        <w:numPr>
          <w:ilvl w:val="0"/>
          <w:numId w:val="0"/>
        </w:numPr>
        <w:ind w:left="720"/>
        <w:jc w:val="center"/>
        <w:rPr>
          <w:rFonts w:cs="Times New Roman"/>
          <w:sz w:val="24"/>
          <w:szCs w:val="24"/>
        </w:rPr>
      </w:pPr>
    </w:p>
    <w:p w14:paraId="2756E2C2" w14:textId="7FA5A9C8" w:rsidR="006A7A6D" w:rsidRPr="00C45B4B" w:rsidRDefault="006A7A6D" w:rsidP="006A7A6D">
      <w:pPr>
        <w:pStyle w:val="ListNumber"/>
        <w:numPr>
          <w:ilvl w:val="0"/>
          <w:numId w:val="23"/>
        </w:numPr>
        <w:rPr>
          <w:rFonts w:cs="Times New Roman"/>
          <w:b/>
          <w:bCs/>
          <w:sz w:val="24"/>
          <w:szCs w:val="24"/>
        </w:rPr>
      </w:pPr>
      <w:r w:rsidRPr="00C45B4B">
        <w:rPr>
          <w:rFonts w:cs="Times New Roman"/>
          <w:b/>
          <w:bCs/>
          <w:sz w:val="24"/>
          <w:szCs w:val="24"/>
        </w:rPr>
        <w:t>Update Password</w:t>
      </w:r>
    </w:p>
    <w:p w14:paraId="54D5488D" w14:textId="1184A3CD" w:rsidR="006A7A6D" w:rsidRPr="00C45B4B" w:rsidRDefault="006A7A6D" w:rsidP="006A7A6D">
      <w:pPr>
        <w:pStyle w:val="ListNumber"/>
        <w:numPr>
          <w:ilvl w:val="0"/>
          <w:numId w:val="24"/>
        </w:numPr>
        <w:rPr>
          <w:rFonts w:cs="Times New Roman"/>
          <w:b/>
          <w:bCs/>
          <w:sz w:val="24"/>
          <w:szCs w:val="24"/>
        </w:rPr>
      </w:pPr>
      <w:r w:rsidRPr="00C45B4B">
        <w:rPr>
          <w:rFonts w:cs="Times New Roman"/>
          <w:sz w:val="24"/>
          <w:szCs w:val="24"/>
        </w:rPr>
        <w:t>Isi kata sandi lama jika ingin diubah</w:t>
      </w:r>
    </w:p>
    <w:p w14:paraId="169B754B" w14:textId="77777777" w:rsidR="006A7A6D" w:rsidRPr="00C45B4B" w:rsidRDefault="006A7A6D" w:rsidP="006A7A6D">
      <w:pPr>
        <w:pStyle w:val="ListNumber"/>
        <w:numPr>
          <w:ilvl w:val="0"/>
          <w:numId w:val="24"/>
        </w:numPr>
        <w:rPr>
          <w:rFonts w:cs="Times New Roman"/>
          <w:b/>
          <w:bCs/>
          <w:sz w:val="24"/>
          <w:szCs w:val="24"/>
        </w:rPr>
      </w:pPr>
      <w:r w:rsidRPr="00C45B4B">
        <w:rPr>
          <w:rFonts w:cs="Times New Roman"/>
          <w:sz w:val="24"/>
          <w:szCs w:val="24"/>
        </w:rPr>
        <w:t>Isi kata sandi baru,</w:t>
      </w:r>
    </w:p>
    <w:p w14:paraId="4C5FA3D2" w14:textId="35A39F33" w:rsidR="006A7A6D" w:rsidRPr="00C45B4B" w:rsidRDefault="006A7A6D" w:rsidP="006A7A6D">
      <w:pPr>
        <w:pStyle w:val="ListNumber"/>
        <w:numPr>
          <w:ilvl w:val="0"/>
          <w:numId w:val="24"/>
        </w:numPr>
        <w:rPr>
          <w:rFonts w:cs="Times New Roman"/>
          <w:b/>
          <w:bCs/>
          <w:sz w:val="24"/>
          <w:szCs w:val="24"/>
        </w:rPr>
      </w:pPr>
      <w:r w:rsidRPr="00C45B4B">
        <w:rPr>
          <w:rFonts w:cs="Times New Roman"/>
          <w:sz w:val="24"/>
          <w:szCs w:val="24"/>
        </w:rPr>
        <w:t>Konfirmasi kata sandi(pastikan sama dengan kata sandi baru)</w:t>
      </w:r>
    </w:p>
    <w:p w14:paraId="4C2FAB36" w14:textId="15CFA1F5" w:rsidR="00EF72B4" w:rsidRPr="00C45B4B" w:rsidRDefault="006A7A6D" w:rsidP="00D926FA">
      <w:pPr>
        <w:pStyle w:val="ListNumber"/>
        <w:numPr>
          <w:ilvl w:val="0"/>
          <w:numId w:val="24"/>
        </w:numPr>
        <w:rPr>
          <w:rFonts w:cs="Times New Roman"/>
        </w:rPr>
      </w:pPr>
      <w:r w:rsidRPr="00C45B4B">
        <w:rPr>
          <w:rFonts w:cs="Times New Roman"/>
          <w:sz w:val="24"/>
          <w:szCs w:val="24"/>
        </w:rPr>
        <w:t>Klik tombol update password jika ingin ubah kata sandi.</w:t>
      </w:r>
    </w:p>
    <w:p w14:paraId="281D484B" w14:textId="1553DA1B" w:rsidR="00EF72B4" w:rsidRPr="00C45B4B" w:rsidRDefault="00EF72B4" w:rsidP="00D926FA">
      <w:pPr>
        <w:jc w:val="center"/>
        <w:rPr>
          <w:rFonts w:cs="Times New Roman"/>
        </w:rPr>
      </w:pPr>
      <w:r w:rsidRPr="00C45B4B">
        <w:rPr>
          <w:rFonts w:cs="Times New Roman"/>
          <w:noProof/>
        </w:rPr>
        <w:drawing>
          <wp:inline distT="0" distB="0" distL="0" distR="0" wp14:anchorId="4CE30537" wp14:editId="0E44D8CA">
            <wp:extent cx="4805917" cy="2243318"/>
            <wp:effectExtent l="0" t="0" r="0" b="5080"/>
            <wp:docPr id="211926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60041" name=""/>
                    <pic:cNvPicPr/>
                  </pic:nvPicPr>
                  <pic:blipFill>
                    <a:blip r:embed="rId25"/>
                    <a:stretch>
                      <a:fillRect/>
                    </a:stretch>
                  </pic:blipFill>
                  <pic:spPr>
                    <a:xfrm>
                      <a:off x="0" y="0"/>
                      <a:ext cx="4809112" cy="2244809"/>
                    </a:xfrm>
                    <a:prstGeom prst="rect">
                      <a:avLst/>
                    </a:prstGeom>
                  </pic:spPr>
                </pic:pic>
              </a:graphicData>
            </a:graphic>
          </wp:inline>
        </w:drawing>
      </w:r>
    </w:p>
    <w:p w14:paraId="04A55445" w14:textId="70EBE894" w:rsidR="002F5847" w:rsidRPr="00C45B4B" w:rsidRDefault="002F5847" w:rsidP="002F5847">
      <w:pPr>
        <w:pStyle w:val="ListNumber"/>
        <w:numPr>
          <w:ilvl w:val="0"/>
          <w:numId w:val="0"/>
        </w:numPr>
        <w:ind w:left="720"/>
        <w:jc w:val="center"/>
        <w:rPr>
          <w:rFonts w:cs="Times New Roman"/>
          <w:sz w:val="24"/>
          <w:szCs w:val="24"/>
        </w:rPr>
      </w:pPr>
      <w:r w:rsidRPr="00C45B4B">
        <w:rPr>
          <w:rFonts w:cs="Times New Roman"/>
          <w:sz w:val="24"/>
          <w:szCs w:val="24"/>
        </w:rPr>
        <w:t>Gambar laman Ubah Password</w:t>
      </w:r>
    </w:p>
    <w:p w14:paraId="16062425" w14:textId="77777777" w:rsidR="002F5847" w:rsidRPr="00C45B4B" w:rsidRDefault="002F5847" w:rsidP="00D926FA">
      <w:pPr>
        <w:jc w:val="center"/>
        <w:rPr>
          <w:rFonts w:cs="Times New Roman"/>
        </w:rPr>
      </w:pPr>
    </w:p>
    <w:p w14:paraId="0CA5D1D1" w14:textId="63D9FE7A" w:rsidR="0037739C" w:rsidRDefault="0037739C" w:rsidP="002A041D">
      <w:pPr>
        <w:pStyle w:val="ListNumber"/>
        <w:numPr>
          <w:ilvl w:val="0"/>
          <w:numId w:val="23"/>
        </w:numPr>
        <w:rPr>
          <w:rFonts w:cs="Times New Roman"/>
          <w:b/>
          <w:bCs/>
          <w:sz w:val="24"/>
          <w:szCs w:val="24"/>
        </w:rPr>
      </w:pPr>
      <w:r w:rsidRPr="00C45B4B">
        <w:rPr>
          <w:rFonts w:cs="Times New Roman"/>
          <w:b/>
          <w:bCs/>
          <w:sz w:val="24"/>
          <w:szCs w:val="24"/>
        </w:rPr>
        <w:t>MY Projects</w:t>
      </w:r>
    </w:p>
    <w:p w14:paraId="506E0A49" w14:textId="2E47179F" w:rsidR="00AC255B" w:rsidRDefault="00AC255B" w:rsidP="006C08DD">
      <w:pPr>
        <w:pStyle w:val="ListNumber"/>
        <w:numPr>
          <w:ilvl w:val="0"/>
          <w:numId w:val="24"/>
        </w:numPr>
        <w:rPr>
          <w:rFonts w:cs="Times New Roman"/>
          <w:sz w:val="24"/>
          <w:szCs w:val="24"/>
        </w:rPr>
      </w:pPr>
      <w:r>
        <w:rPr>
          <w:rFonts w:cs="Times New Roman"/>
          <w:sz w:val="24"/>
          <w:szCs w:val="24"/>
        </w:rPr>
        <w:t>Pada laman ini, pengguna dapat melihat, mencari data project dengan status,deadline dst.</w:t>
      </w:r>
    </w:p>
    <w:p w14:paraId="641BEBAD" w14:textId="77777777" w:rsidR="00AC255B" w:rsidRPr="00AC255B" w:rsidRDefault="00AC255B" w:rsidP="00AC255B">
      <w:pPr>
        <w:pStyle w:val="ListNumber"/>
        <w:numPr>
          <w:ilvl w:val="0"/>
          <w:numId w:val="0"/>
        </w:numPr>
        <w:ind w:left="1146"/>
        <w:rPr>
          <w:rFonts w:cs="Times New Roman"/>
          <w:sz w:val="24"/>
          <w:szCs w:val="24"/>
        </w:rPr>
      </w:pPr>
    </w:p>
    <w:p w14:paraId="08DAD26E" w14:textId="4EE1C7B7" w:rsidR="0037739C" w:rsidRDefault="006B7A42" w:rsidP="001148D3">
      <w:pPr>
        <w:pStyle w:val="ListParagraph"/>
        <w:ind w:left="0"/>
        <w:jc w:val="center"/>
        <w:rPr>
          <w:rFonts w:cs="Times New Roman"/>
          <w:b/>
          <w:bCs/>
        </w:rPr>
      </w:pPr>
      <w:r w:rsidRPr="00C45B4B">
        <w:rPr>
          <w:rFonts w:cs="Times New Roman"/>
          <w:b/>
          <w:bCs/>
          <w:noProof/>
        </w:rPr>
        <w:lastRenderedPageBreak/>
        <w:drawing>
          <wp:inline distT="0" distB="0" distL="0" distR="0" wp14:anchorId="46B798AA" wp14:editId="625F4E4E">
            <wp:extent cx="5180203" cy="2424023"/>
            <wp:effectExtent l="0" t="0" r="1905" b="0"/>
            <wp:docPr id="56829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92609" name=""/>
                    <pic:cNvPicPr/>
                  </pic:nvPicPr>
                  <pic:blipFill>
                    <a:blip r:embed="rId26"/>
                    <a:stretch>
                      <a:fillRect/>
                    </a:stretch>
                  </pic:blipFill>
                  <pic:spPr>
                    <a:xfrm>
                      <a:off x="0" y="0"/>
                      <a:ext cx="5190846" cy="2429003"/>
                    </a:xfrm>
                    <a:prstGeom prst="rect">
                      <a:avLst/>
                    </a:prstGeom>
                  </pic:spPr>
                </pic:pic>
              </a:graphicData>
            </a:graphic>
          </wp:inline>
        </w:drawing>
      </w:r>
    </w:p>
    <w:p w14:paraId="50D762A8" w14:textId="74B6BE47" w:rsidR="00AF5BB2" w:rsidRPr="00C45B4B" w:rsidRDefault="00AF5BB2" w:rsidP="00AF5BB2">
      <w:pPr>
        <w:pStyle w:val="ListNumber"/>
        <w:numPr>
          <w:ilvl w:val="0"/>
          <w:numId w:val="0"/>
        </w:numPr>
        <w:ind w:left="720"/>
        <w:jc w:val="center"/>
        <w:rPr>
          <w:rFonts w:cs="Times New Roman"/>
          <w:sz w:val="24"/>
          <w:szCs w:val="24"/>
        </w:rPr>
      </w:pPr>
      <w:r w:rsidRPr="00C45B4B">
        <w:rPr>
          <w:rFonts w:cs="Times New Roman"/>
          <w:sz w:val="24"/>
          <w:szCs w:val="24"/>
        </w:rPr>
        <w:t xml:space="preserve">Gambar laman </w:t>
      </w:r>
      <w:r>
        <w:rPr>
          <w:rFonts w:cs="Times New Roman"/>
          <w:sz w:val="24"/>
          <w:szCs w:val="24"/>
        </w:rPr>
        <w:t>My Projects</w:t>
      </w:r>
    </w:p>
    <w:p w14:paraId="135F79FC" w14:textId="77777777" w:rsidR="00AF5BB2" w:rsidRPr="00C45B4B" w:rsidRDefault="00AF5BB2" w:rsidP="001148D3">
      <w:pPr>
        <w:pStyle w:val="ListParagraph"/>
        <w:ind w:left="0"/>
        <w:jc w:val="center"/>
        <w:rPr>
          <w:rFonts w:cs="Times New Roman"/>
          <w:b/>
          <w:bCs/>
        </w:rPr>
      </w:pPr>
    </w:p>
    <w:p w14:paraId="380BD7DB" w14:textId="4BA92A81" w:rsidR="00BB5B11" w:rsidRDefault="00D700AE" w:rsidP="007B2790">
      <w:pPr>
        <w:pStyle w:val="Heading2"/>
        <w:numPr>
          <w:ilvl w:val="1"/>
          <w:numId w:val="16"/>
        </w:numPr>
        <w:tabs>
          <w:tab w:val="left" w:pos="426"/>
        </w:tabs>
        <w:ind w:left="0" w:firstLine="0"/>
        <w:jc w:val="both"/>
        <w:rPr>
          <w:rFonts w:ascii="Times New Roman" w:hAnsi="Times New Roman" w:cs="Times New Roman"/>
          <w:sz w:val="24"/>
          <w:szCs w:val="24"/>
        </w:rPr>
      </w:pPr>
      <w:r w:rsidRPr="00C45B4B">
        <w:rPr>
          <w:rFonts w:ascii="Times New Roman" w:hAnsi="Times New Roman" w:cs="Times New Roman"/>
          <w:sz w:val="24"/>
          <w:szCs w:val="24"/>
        </w:rPr>
        <w:t xml:space="preserve">Dashboard </w:t>
      </w:r>
      <w:r w:rsidR="00B56D4B">
        <w:rPr>
          <w:rFonts w:ascii="Times New Roman" w:hAnsi="Times New Roman" w:cs="Times New Roman"/>
          <w:sz w:val="24"/>
          <w:szCs w:val="24"/>
        </w:rPr>
        <w:t>Perusahaan/Industri</w:t>
      </w:r>
    </w:p>
    <w:p w14:paraId="6A377D98" w14:textId="0AFA52CE" w:rsidR="00223BF5" w:rsidRDefault="009F0B18" w:rsidP="00223BF5">
      <w:pPr>
        <w:ind w:left="720"/>
      </w:pPr>
      <w:r>
        <w:t xml:space="preserve">Pada dashboard perusahaan/industri, terdapat </w:t>
      </w:r>
      <w:r w:rsidR="00223BF5">
        <w:t>menu pintas, Grafik Progres project dan Log Activity.</w:t>
      </w:r>
    </w:p>
    <w:p w14:paraId="0E39E8E4" w14:textId="323C1F87" w:rsidR="00223BF5" w:rsidRPr="007B2790" w:rsidRDefault="00223BF5" w:rsidP="00223BF5">
      <w:pPr>
        <w:ind w:left="720"/>
      </w:pPr>
      <w:r>
        <w:t>Terdapat beberapa menu(project, Profil, Ubah Password).</w:t>
      </w:r>
    </w:p>
    <w:p w14:paraId="5D6107FE" w14:textId="752B2F0D" w:rsidR="00B56D4B" w:rsidRDefault="007B2790" w:rsidP="00B56D4B">
      <w:r w:rsidRPr="007B2790">
        <w:rPr>
          <w:noProof/>
        </w:rPr>
        <w:drawing>
          <wp:inline distT="0" distB="0" distL="0" distR="0" wp14:anchorId="14B8F9A4" wp14:editId="2D26D7E0">
            <wp:extent cx="5486400" cy="2567305"/>
            <wp:effectExtent l="0" t="0" r="0" b="4445"/>
            <wp:docPr id="2102238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38181" name=""/>
                    <pic:cNvPicPr/>
                  </pic:nvPicPr>
                  <pic:blipFill>
                    <a:blip r:embed="rId27"/>
                    <a:stretch>
                      <a:fillRect/>
                    </a:stretch>
                  </pic:blipFill>
                  <pic:spPr>
                    <a:xfrm>
                      <a:off x="0" y="0"/>
                      <a:ext cx="5486400" cy="2567305"/>
                    </a:xfrm>
                    <a:prstGeom prst="rect">
                      <a:avLst/>
                    </a:prstGeom>
                  </pic:spPr>
                </pic:pic>
              </a:graphicData>
            </a:graphic>
          </wp:inline>
        </w:drawing>
      </w:r>
    </w:p>
    <w:p w14:paraId="4C3847FC" w14:textId="66C0088F" w:rsidR="00707584" w:rsidRDefault="00707584" w:rsidP="00707584">
      <w:pPr>
        <w:pStyle w:val="ListNumber"/>
        <w:numPr>
          <w:ilvl w:val="0"/>
          <w:numId w:val="0"/>
        </w:numPr>
        <w:ind w:left="720"/>
        <w:jc w:val="center"/>
        <w:rPr>
          <w:rFonts w:cs="Times New Roman"/>
          <w:sz w:val="24"/>
          <w:szCs w:val="24"/>
        </w:rPr>
      </w:pPr>
      <w:r w:rsidRPr="00C45B4B">
        <w:rPr>
          <w:rFonts w:cs="Times New Roman"/>
          <w:sz w:val="24"/>
          <w:szCs w:val="24"/>
        </w:rPr>
        <w:t xml:space="preserve">Gambar </w:t>
      </w:r>
      <w:r>
        <w:rPr>
          <w:rFonts w:cs="Times New Roman"/>
          <w:sz w:val="24"/>
          <w:szCs w:val="24"/>
        </w:rPr>
        <w:t>Dashboard Perusahaan.</w:t>
      </w:r>
    </w:p>
    <w:p w14:paraId="032E4CE8" w14:textId="77777777" w:rsidR="00707584" w:rsidRDefault="00707584" w:rsidP="00B56D4B"/>
    <w:p w14:paraId="093294E2" w14:textId="71D0ABB5" w:rsidR="00994C27" w:rsidRPr="00491C61" w:rsidRDefault="001D5847" w:rsidP="00994C27">
      <w:pPr>
        <w:pStyle w:val="ListParagraph"/>
        <w:numPr>
          <w:ilvl w:val="0"/>
          <w:numId w:val="23"/>
        </w:numPr>
        <w:jc w:val="both"/>
      </w:pPr>
      <w:r>
        <w:rPr>
          <w:b/>
          <w:bCs/>
        </w:rPr>
        <w:t>Projects</w:t>
      </w:r>
      <w:r w:rsidR="00491C61">
        <w:rPr>
          <w:b/>
          <w:bCs/>
        </w:rPr>
        <w:t>,</w:t>
      </w:r>
    </w:p>
    <w:p w14:paraId="3DAB2E21" w14:textId="6A41D8AA" w:rsidR="003E5C77" w:rsidRDefault="00C3606E" w:rsidP="00C3606E">
      <w:pPr>
        <w:pStyle w:val="ListParagraph"/>
        <w:ind w:left="1146"/>
        <w:jc w:val="both"/>
      </w:pPr>
      <w:r>
        <w:t>Pada laman projects, perusahaan dapat tambah,edit,hapus,cari data project.</w:t>
      </w:r>
    </w:p>
    <w:p w14:paraId="551EAB34" w14:textId="107D6BE5" w:rsidR="000E3B69" w:rsidRDefault="000E3B69" w:rsidP="000E3B69">
      <w:pPr>
        <w:pStyle w:val="ListParagraph"/>
        <w:ind w:left="0"/>
        <w:jc w:val="center"/>
      </w:pPr>
      <w:r w:rsidRPr="008C0095">
        <w:rPr>
          <w:noProof/>
        </w:rPr>
        <w:lastRenderedPageBreak/>
        <w:drawing>
          <wp:inline distT="0" distB="0" distL="0" distR="0" wp14:anchorId="36A0F98C" wp14:editId="3D738968">
            <wp:extent cx="5486400" cy="1814195"/>
            <wp:effectExtent l="0" t="0" r="0" b="0"/>
            <wp:docPr id="42246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60478" name=""/>
                    <pic:cNvPicPr/>
                  </pic:nvPicPr>
                  <pic:blipFill>
                    <a:blip r:embed="rId28"/>
                    <a:stretch>
                      <a:fillRect/>
                    </a:stretch>
                  </pic:blipFill>
                  <pic:spPr>
                    <a:xfrm>
                      <a:off x="0" y="0"/>
                      <a:ext cx="5486400" cy="1814195"/>
                    </a:xfrm>
                    <a:prstGeom prst="rect">
                      <a:avLst/>
                    </a:prstGeom>
                  </pic:spPr>
                </pic:pic>
              </a:graphicData>
            </a:graphic>
          </wp:inline>
        </w:drawing>
      </w:r>
    </w:p>
    <w:p w14:paraId="24D44139" w14:textId="1E1DCE54" w:rsidR="000E3B69" w:rsidRDefault="000E3B69" w:rsidP="000E3B69">
      <w:pPr>
        <w:pStyle w:val="ListParagraph"/>
        <w:ind w:left="0"/>
        <w:jc w:val="center"/>
      </w:pPr>
      <w:r>
        <w:t>Gambar laman My Projects Perusahaan</w:t>
      </w:r>
    </w:p>
    <w:p w14:paraId="6023FDD9" w14:textId="77777777" w:rsidR="00C3606E" w:rsidRDefault="00C3606E" w:rsidP="00C3606E">
      <w:pPr>
        <w:pStyle w:val="ListParagraph"/>
        <w:ind w:left="1146"/>
        <w:jc w:val="both"/>
      </w:pPr>
    </w:p>
    <w:p w14:paraId="077CD263" w14:textId="3EBF35C3" w:rsidR="008C0095" w:rsidRDefault="00D929F8" w:rsidP="00D929F8">
      <w:pPr>
        <w:pStyle w:val="ListParagraph"/>
        <w:numPr>
          <w:ilvl w:val="0"/>
          <w:numId w:val="17"/>
        </w:numPr>
        <w:jc w:val="both"/>
        <w:rPr>
          <w:b/>
          <w:bCs/>
        </w:rPr>
      </w:pPr>
      <w:r w:rsidRPr="00D929F8">
        <w:rPr>
          <w:b/>
          <w:bCs/>
        </w:rPr>
        <w:t>Tambah Data</w:t>
      </w:r>
    </w:p>
    <w:p w14:paraId="5C0A4886" w14:textId="62D040F3" w:rsidR="00D23DD8" w:rsidRDefault="009D19C5" w:rsidP="009D19C5">
      <w:pPr>
        <w:pStyle w:val="ListParagraph"/>
        <w:numPr>
          <w:ilvl w:val="0"/>
          <w:numId w:val="24"/>
        </w:numPr>
        <w:jc w:val="both"/>
      </w:pPr>
      <w:r w:rsidRPr="009D19C5">
        <w:t xml:space="preserve">Klik tombol </w:t>
      </w:r>
      <w:r w:rsidR="00FE40B3">
        <w:t xml:space="preserve"> TAMBAH DATA</w:t>
      </w:r>
    </w:p>
    <w:p w14:paraId="16849AE0" w14:textId="3B3DE724" w:rsidR="0013105E" w:rsidRDefault="0013105E" w:rsidP="009D19C5">
      <w:pPr>
        <w:pStyle w:val="ListParagraph"/>
        <w:numPr>
          <w:ilvl w:val="0"/>
          <w:numId w:val="24"/>
        </w:numPr>
        <w:jc w:val="both"/>
      </w:pPr>
      <w:r>
        <w:t xml:space="preserve">Isi </w:t>
      </w:r>
      <w:r w:rsidR="00103FDE">
        <w:t>yang diperlukan, mulai dari title hingga tanggal deadline.</w:t>
      </w:r>
    </w:p>
    <w:p w14:paraId="0B70B8D1" w14:textId="19DAC01B" w:rsidR="00DA4252" w:rsidRDefault="00DA4252" w:rsidP="009D19C5">
      <w:pPr>
        <w:pStyle w:val="ListParagraph"/>
        <w:numPr>
          <w:ilvl w:val="0"/>
          <w:numId w:val="24"/>
        </w:numPr>
        <w:jc w:val="both"/>
      </w:pPr>
      <w:r>
        <w:t>SAVE PROJECT</w:t>
      </w:r>
      <w:r w:rsidR="006901ED">
        <w:t xml:space="preserve"> untuk simpan data, </w:t>
      </w:r>
      <w:r w:rsidR="00410345">
        <w:t>CLOSE</w:t>
      </w:r>
      <w:r w:rsidR="006901ED">
        <w:t xml:space="preserve"> untuk batal tambah data.</w:t>
      </w:r>
    </w:p>
    <w:p w14:paraId="639A247F" w14:textId="6805C319" w:rsidR="00FE40B3" w:rsidRDefault="00FE40B3" w:rsidP="00A4374A">
      <w:pPr>
        <w:pStyle w:val="ListParagraph"/>
        <w:ind w:left="1146"/>
        <w:jc w:val="both"/>
      </w:pPr>
    </w:p>
    <w:p w14:paraId="47CD877D" w14:textId="73D32C2A" w:rsidR="0013105E" w:rsidRDefault="0013105E" w:rsidP="0013105E">
      <w:pPr>
        <w:pStyle w:val="ListParagraph"/>
        <w:ind w:left="0"/>
        <w:jc w:val="center"/>
      </w:pPr>
      <w:r w:rsidRPr="008C0095">
        <w:rPr>
          <w:noProof/>
        </w:rPr>
        <w:drawing>
          <wp:inline distT="0" distB="0" distL="0" distR="0" wp14:anchorId="0752443E" wp14:editId="23905940">
            <wp:extent cx="4312042" cy="3871356"/>
            <wp:effectExtent l="0" t="0" r="0" b="0"/>
            <wp:docPr id="105279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94076" name=""/>
                    <pic:cNvPicPr/>
                  </pic:nvPicPr>
                  <pic:blipFill>
                    <a:blip r:embed="rId29"/>
                    <a:stretch>
                      <a:fillRect/>
                    </a:stretch>
                  </pic:blipFill>
                  <pic:spPr>
                    <a:xfrm>
                      <a:off x="0" y="0"/>
                      <a:ext cx="4325208" cy="3883176"/>
                    </a:xfrm>
                    <a:prstGeom prst="rect">
                      <a:avLst/>
                    </a:prstGeom>
                  </pic:spPr>
                </pic:pic>
              </a:graphicData>
            </a:graphic>
          </wp:inline>
        </w:drawing>
      </w:r>
    </w:p>
    <w:p w14:paraId="26C12ED0" w14:textId="60991E9B" w:rsidR="0013105E" w:rsidRDefault="0013105E" w:rsidP="0013105E">
      <w:pPr>
        <w:pStyle w:val="ListParagraph"/>
        <w:ind w:left="0"/>
        <w:jc w:val="center"/>
      </w:pPr>
      <w:r>
        <w:t xml:space="preserve">Gambar </w:t>
      </w:r>
      <w:r w:rsidR="00627E78">
        <w:t>Form Tambah Data</w:t>
      </w:r>
    </w:p>
    <w:p w14:paraId="49770B0C" w14:textId="77777777" w:rsidR="00627E78" w:rsidRPr="009D19C5" w:rsidRDefault="00627E78" w:rsidP="0013105E">
      <w:pPr>
        <w:pStyle w:val="ListParagraph"/>
        <w:ind w:left="0"/>
        <w:jc w:val="center"/>
      </w:pPr>
    </w:p>
    <w:p w14:paraId="30DE9193" w14:textId="1175C62E" w:rsidR="00D929F8" w:rsidRDefault="00D929F8" w:rsidP="00D929F8">
      <w:pPr>
        <w:pStyle w:val="ListParagraph"/>
        <w:numPr>
          <w:ilvl w:val="0"/>
          <w:numId w:val="17"/>
        </w:numPr>
        <w:jc w:val="both"/>
        <w:rPr>
          <w:b/>
          <w:bCs/>
        </w:rPr>
      </w:pPr>
      <w:r w:rsidRPr="00D929F8">
        <w:rPr>
          <w:b/>
          <w:bCs/>
        </w:rPr>
        <w:t>Edit Data</w:t>
      </w:r>
    </w:p>
    <w:p w14:paraId="35BABD43" w14:textId="31A7F10F" w:rsidR="00C45726" w:rsidRDefault="00644DB3" w:rsidP="00AC38C2">
      <w:pPr>
        <w:pStyle w:val="ListParagraph"/>
        <w:numPr>
          <w:ilvl w:val="0"/>
          <w:numId w:val="24"/>
        </w:numPr>
        <w:jc w:val="both"/>
      </w:pPr>
      <w:r w:rsidRPr="00644DB3">
        <w:t xml:space="preserve">Klik </w:t>
      </w:r>
      <w:r>
        <w:t>tombol EDIT pada data yang ingin di edit,</w:t>
      </w:r>
    </w:p>
    <w:p w14:paraId="727E3FCF" w14:textId="461C6924" w:rsidR="00644DB3" w:rsidRDefault="0062589B" w:rsidP="00AC38C2">
      <w:pPr>
        <w:pStyle w:val="ListParagraph"/>
        <w:numPr>
          <w:ilvl w:val="0"/>
          <w:numId w:val="24"/>
        </w:numPr>
        <w:jc w:val="both"/>
      </w:pPr>
      <w:r>
        <w:t>Pada lama edit data, isi/ubah data yang diinginkan,</w:t>
      </w:r>
    </w:p>
    <w:p w14:paraId="01DCFBE9" w14:textId="3448C0BD" w:rsidR="0062589B" w:rsidRDefault="0062589B" w:rsidP="0062589B">
      <w:pPr>
        <w:pStyle w:val="ListParagraph"/>
        <w:numPr>
          <w:ilvl w:val="0"/>
          <w:numId w:val="24"/>
        </w:numPr>
        <w:jc w:val="both"/>
      </w:pPr>
      <w:r>
        <w:t>SAVE PROJECT untuk simpan data, CLOSE untuk batal edit data.</w:t>
      </w:r>
    </w:p>
    <w:p w14:paraId="7F63F214" w14:textId="3B3FF5A0" w:rsidR="00116F38" w:rsidRDefault="00B84366" w:rsidP="00B84366">
      <w:pPr>
        <w:pStyle w:val="ListParagraph"/>
        <w:ind w:left="0"/>
        <w:jc w:val="center"/>
      </w:pPr>
      <w:r w:rsidRPr="00B84366">
        <w:rPr>
          <w:noProof/>
        </w:rPr>
        <w:lastRenderedPageBreak/>
        <w:drawing>
          <wp:inline distT="0" distB="0" distL="0" distR="0" wp14:anchorId="1FBED232" wp14:editId="571C93C1">
            <wp:extent cx="3846786" cy="3401111"/>
            <wp:effectExtent l="0" t="0" r="1905" b="8890"/>
            <wp:docPr id="123952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2821" name=""/>
                    <pic:cNvPicPr/>
                  </pic:nvPicPr>
                  <pic:blipFill>
                    <a:blip r:embed="rId30"/>
                    <a:stretch>
                      <a:fillRect/>
                    </a:stretch>
                  </pic:blipFill>
                  <pic:spPr>
                    <a:xfrm>
                      <a:off x="0" y="0"/>
                      <a:ext cx="3852108" cy="3405816"/>
                    </a:xfrm>
                    <a:prstGeom prst="rect">
                      <a:avLst/>
                    </a:prstGeom>
                  </pic:spPr>
                </pic:pic>
              </a:graphicData>
            </a:graphic>
          </wp:inline>
        </w:drawing>
      </w:r>
    </w:p>
    <w:p w14:paraId="2C306679" w14:textId="144ED929" w:rsidR="00B84366" w:rsidRDefault="00B84366" w:rsidP="00B84366">
      <w:pPr>
        <w:pStyle w:val="ListParagraph"/>
        <w:ind w:left="0"/>
        <w:jc w:val="center"/>
      </w:pPr>
      <w:r>
        <w:t>Gambar laman Edit Data</w:t>
      </w:r>
    </w:p>
    <w:p w14:paraId="3994961D" w14:textId="77777777" w:rsidR="009010D4" w:rsidRDefault="009010D4" w:rsidP="00B84366">
      <w:pPr>
        <w:pStyle w:val="ListParagraph"/>
        <w:ind w:left="0"/>
        <w:jc w:val="center"/>
      </w:pPr>
    </w:p>
    <w:p w14:paraId="3C4BF267" w14:textId="7D191B1D" w:rsidR="00D929F8" w:rsidRDefault="00D929F8" w:rsidP="00D929F8">
      <w:pPr>
        <w:pStyle w:val="ListParagraph"/>
        <w:numPr>
          <w:ilvl w:val="0"/>
          <w:numId w:val="17"/>
        </w:numPr>
        <w:jc w:val="both"/>
        <w:rPr>
          <w:b/>
          <w:bCs/>
        </w:rPr>
      </w:pPr>
      <w:r w:rsidRPr="00D929F8">
        <w:rPr>
          <w:b/>
          <w:bCs/>
        </w:rPr>
        <w:t>Hapus Data</w:t>
      </w:r>
    </w:p>
    <w:p w14:paraId="259D2B90" w14:textId="17AFF3A3" w:rsidR="006B00F0" w:rsidRPr="006B00F0" w:rsidRDefault="006B00F0" w:rsidP="006B00F0">
      <w:pPr>
        <w:pStyle w:val="ListParagraph"/>
        <w:numPr>
          <w:ilvl w:val="0"/>
          <w:numId w:val="24"/>
        </w:numPr>
        <w:jc w:val="both"/>
        <w:rPr>
          <w:b/>
          <w:bCs/>
        </w:rPr>
      </w:pPr>
      <w:r>
        <w:t>Klik tombol HAPUS pada data yang ingin dihapus,</w:t>
      </w:r>
    </w:p>
    <w:p w14:paraId="46BFE52C" w14:textId="42A057EB" w:rsidR="006B00F0" w:rsidRPr="006B00F0" w:rsidRDefault="006B00F0" w:rsidP="006B00F0">
      <w:pPr>
        <w:pStyle w:val="ListParagraph"/>
        <w:numPr>
          <w:ilvl w:val="0"/>
          <w:numId w:val="24"/>
        </w:numPr>
        <w:jc w:val="both"/>
        <w:rPr>
          <w:b/>
          <w:bCs/>
        </w:rPr>
      </w:pPr>
      <w:r>
        <w:t>Akan tampil notifikasi/konfirmasi hapus data,</w:t>
      </w:r>
    </w:p>
    <w:p w14:paraId="3447E6C9" w14:textId="252BE057" w:rsidR="006B00F0" w:rsidRPr="002A4B1C" w:rsidRDefault="006B00F0" w:rsidP="006B00F0">
      <w:pPr>
        <w:pStyle w:val="ListParagraph"/>
        <w:numPr>
          <w:ilvl w:val="0"/>
          <w:numId w:val="24"/>
        </w:numPr>
        <w:jc w:val="both"/>
        <w:rPr>
          <w:b/>
          <w:bCs/>
        </w:rPr>
      </w:pPr>
      <w:r>
        <w:t>Klik YA, HAPUS jika ingin hapus data, Batal untuk membatalkan.</w:t>
      </w:r>
    </w:p>
    <w:p w14:paraId="04A33F55" w14:textId="7EDE540F" w:rsidR="008C0095" w:rsidRDefault="008C0095" w:rsidP="001E3416">
      <w:pPr>
        <w:jc w:val="both"/>
      </w:pPr>
    </w:p>
    <w:p w14:paraId="22461933" w14:textId="24E9F911" w:rsidR="001E3416" w:rsidRDefault="00B86017" w:rsidP="001E3416">
      <w:pPr>
        <w:pStyle w:val="ListParagraph"/>
        <w:numPr>
          <w:ilvl w:val="0"/>
          <w:numId w:val="23"/>
        </w:numPr>
        <w:rPr>
          <w:b/>
          <w:bCs/>
        </w:rPr>
      </w:pPr>
      <w:r w:rsidRPr="00B86017">
        <w:rPr>
          <w:b/>
          <w:bCs/>
        </w:rPr>
        <w:t>Menu Profil</w:t>
      </w:r>
    </w:p>
    <w:p w14:paraId="098D30F1" w14:textId="7AE94D1C" w:rsidR="009132F8" w:rsidRPr="00567130" w:rsidRDefault="00567130" w:rsidP="009132F8">
      <w:pPr>
        <w:pStyle w:val="ListParagraph"/>
        <w:numPr>
          <w:ilvl w:val="0"/>
          <w:numId w:val="24"/>
        </w:numPr>
        <w:rPr>
          <w:b/>
          <w:bCs/>
        </w:rPr>
      </w:pPr>
      <w:r>
        <w:t>klik PROFIL,</w:t>
      </w:r>
    </w:p>
    <w:p w14:paraId="319E7EAC" w14:textId="79003286" w:rsidR="00567130" w:rsidRPr="00567130" w:rsidRDefault="00567130" w:rsidP="009132F8">
      <w:pPr>
        <w:pStyle w:val="ListParagraph"/>
        <w:numPr>
          <w:ilvl w:val="0"/>
          <w:numId w:val="24"/>
        </w:numPr>
        <w:rPr>
          <w:b/>
          <w:bCs/>
        </w:rPr>
      </w:pPr>
      <w:r>
        <w:t>isi data sesuai data yang diinginkan,</w:t>
      </w:r>
    </w:p>
    <w:p w14:paraId="7F579201" w14:textId="20198BC6" w:rsidR="009132F8" w:rsidRPr="008A0FE9" w:rsidRDefault="002E72D3" w:rsidP="009132F8">
      <w:pPr>
        <w:pStyle w:val="ListParagraph"/>
        <w:numPr>
          <w:ilvl w:val="0"/>
          <w:numId w:val="24"/>
        </w:numPr>
        <w:rPr>
          <w:b/>
          <w:bCs/>
        </w:rPr>
      </w:pPr>
      <w:r>
        <w:t>klik UPDATE PROFIL untuk perbarui data,</w:t>
      </w:r>
    </w:p>
    <w:p w14:paraId="6E1E26D3" w14:textId="77777777" w:rsidR="008A0FE9" w:rsidRDefault="008A0FE9" w:rsidP="008A0FE9">
      <w:pPr>
        <w:pStyle w:val="ListParagraph"/>
        <w:ind w:left="1146"/>
      </w:pPr>
    </w:p>
    <w:p w14:paraId="3838E3FC" w14:textId="3345E991" w:rsidR="002A2225" w:rsidRDefault="002A2225" w:rsidP="002A2225">
      <w:pPr>
        <w:pStyle w:val="ListParagraph"/>
        <w:ind w:left="1146"/>
        <w:jc w:val="center"/>
      </w:pPr>
      <w:r w:rsidRPr="009132F8">
        <w:rPr>
          <w:b/>
          <w:bCs/>
          <w:noProof/>
        </w:rPr>
        <w:lastRenderedPageBreak/>
        <w:drawing>
          <wp:inline distT="0" distB="0" distL="0" distR="0" wp14:anchorId="1C1E25F6" wp14:editId="33834037">
            <wp:extent cx="4083269" cy="2717452"/>
            <wp:effectExtent l="0" t="0" r="0" b="6985"/>
            <wp:docPr id="4558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335" name=""/>
                    <pic:cNvPicPr/>
                  </pic:nvPicPr>
                  <pic:blipFill>
                    <a:blip r:embed="rId31"/>
                    <a:stretch>
                      <a:fillRect/>
                    </a:stretch>
                  </pic:blipFill>
                  <pic:spPr>
                    <a:xfrm>
                      <a:off x="0" y="0"/>
                      <a:ext cx="4101577" cy="2729636"/>
                    </a:xfrm>
                    <a:prstGeom prst="rect">
                      <a:avLst/>
                    </a:prstGeom>
                  </pic:spPr>
                </pic:pic>
              </a:graphicData>
            </a:graphic>
          </wp:inline>
        </w:drawing>
      </w:r>
    </w:p>
    <w:p w14:paraId="156F8513" w14:textId="77777777" w:rsidR="00AF30C4" w:rsidRDefault="00AF30C4" w:rsidP="00AF30C4">
      <w:pPr>
        <w:jc w:val="center"/>
      </w:pPr>
      <w:r>
        <w:t>Gambar laman menu Profil</w:t>
      </w:r>
    </w:p>
    <w:p w14:paraId="1D8F16EF" w14:textId="77777777" w:rsidR="00AF30C4" w:rsidRDefault="00AF30C4" w:rsidP="002A2225">
      <w:pPr>
        <w:pStyle w:val="ListParagraph"/>
        <w:ind w:left="1146"/>
        <w:jc w:val="center"/>
      </w:pPr>
    </w:p>
    <w:p w14:paraId="6C0DF89F" w14:textId="77777777" w:rsidR="002A2225" w:rsidRDefault="002A2225" w:rsidP="008A0FE9">
      <w:pPr>
        <w:pStyle w:val="ListParagraph"/>
        <w:ind w:left="1146"/>
      </w:pPr>
    </w:p>
    <w:p w14:paraId="19372B0E" w14:textId="77777777" w:rsidR="002A2225" w:rsidRDefault="002A2225" w:rsidP="008A0FE9">
      <w:pPr>
        <w:pStyle w:val="ListParagraph"/>
        <w:ind w:left="1146"/>
      </w:pPr>
    </w:p>
    <w:p w14:paraId="2BA7DE46" w14:textId="650DBE0C" w:rsidR="008A0FE9" w:rsidRDefault="00566A83" w:rsidP="00566A83">
      <w:pPr>
        <w:pStyle w:val="ListParagraph"/>
        <w:numPr>
          <w:ilvl w:val="0"/>
          <w:numId w:val="23"/>
        </w:numPr>
        <w:rPr>
          <w:b/>
          <w:bCs/>
        </w:rPr>
      </w:pPr>
      <w:r>
        <w:rPr>
          <w:b/>
          <w:bCs/>
        </w:rPr>
        <w:t>Ubah Password</w:t>
      </w:r>
    </w:p>
    <w:p w14:paraId="5BD5C9CB" w14:textId="3F7AD687" w:rsidR="00566A83" w:rsidRPr="00E54FA1" w:rsidRDefault="00E54FA1" w:rsidP="00566A83">
      <w:pPr>
        <w:pStyle w:val="ListParagraph"/>
        <w:numPr>
          <w:ilvl w:val="0"/>
          <w:numId w:val="24"/>
        </w:numPr>
        <w:rPr>
          <w:b/>
          <w:bCs/>
        </w:rPr>
      </w:pPr>
      <w:r>
        <w:t>Klik ubah password,</w:t>
      </w:r>
    </w:p>
    <w:p w14:paraId="10309E90" w14:textId="2C27BC31" w:rsidR="00E54FA1" w:rsidRDefault="001C49BA" w:rsidP="00566A83">
      <w:pPr>
        <w:pStyle w:val="ListParagraph"/>
        <w:numPr>
          <w:ilvl w:val="0"/>
          <w:numId w:val="24"/>
        </w:numPr>
      </w:pPr>
      <w:r w:rsidRPr="001C49BA">
        <w:t xml:space="preserve">Pada </w:t>
      </w:r>
      <w:r>
        <w:t>form ubah password, isi password lama, password baru dan konfirmasi password baru,</w:t>
      </w:r>
    </w:p>
    <w:p w14:paraId="3286D35E" w14:textId="5336070E" w:rsidR="001C49BA" w:rsidRDefault="001C49BA" w:rsidP="00566A83">
      <w:pPr>
        <w:pStyle w:val="ListParagraph"/>
        <w:numPr>
          <w:ilvl w:val="0"/>
          <w:numId w:val="24"/>
        </w:numPr>
      </w:pPr>
      <w:r>
        <w:t>SIMPAN PASSWORD untuk simpan data</w:t>
      </w:r>
    </w:p>
    <w:p w14:paraId="0BFDE526" w14:textId="01CD1F1F" w:rsidR="00EE0D93" w:rsidRDefault="00EE0D93" w:rsidP="004B2F6A">
      <w:pPr>
        <w:jc w:val="center"/>
      </w:pPr>
      <w:r w:rsidRPr="00EE0D93">
        <w:rPr>
          <w:noProof/>
        </w:rPr>
        <w:drawing>
          <wp:inline distT="0" distB="0" distL="0" distR="0" wp14:anchorId="352F881B" wp14:editId="4C680FE4">
            <wp:extent cx="4351283" cy="2769714"/>
            <wp:effectExtent l="0" t="0" r="0" b="0"/>
            <wp:docPr id="9794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5255" name=""/>
                    <pic:cNvPicPr/>
                  </pic:nvPicPr>
                  <pic:blipFill>
                    <a:blip r:embed="rId32"/>
                    <a:stretch>
                      <a:fillRect/>
                    </a:stretch>
                  </pic:blipFill>
                  <pic:spPr>
                    <a:xfrm>
                      <a:off x="0" y="0"/>
                      <a:ext cx="4358491" cy="2774302"/>
                    </a:xfrm>
                    <a:prstGeom prst="rect">
                      <a:avLst/>
                    </a:prstGeom>
                  </pic:spPr>
                </pic:pic>
              </a:graphicData>
            </a:graphic>
          </wp:inline>
        </w:drawing>
      </w:r>
    </w:p>
    <w:p w14:paraId="77C7AAB8" w14:textId="1B5D0841" w:rsidR="004B2F6A" w:rsidRPr="001C49BA" w:rsidRDefault="004B2F6A" w:rsidP="004B2F6A">
      <w:pPr>
        <w:jc w:val="center"/>
      </w:pPr>
      <w:r>
        <w:t>Gambar Form Ubah Password</w:t>
      </w:r>
    </w:p>
    <w:p w14:paraId="54877A55" w14:textId="3BAFF0CB" w:rsidR="002A2225" w:rsidRPr="002E72D3" w:rsidRDefault="002A2225" w:rsidP="002A2225">
      <w:pPr>
        <w:pStyle w:val="ListParagraph"/>
        <w:ind w:left="1146"/>
        <w:rPr>
          <w:b/>
          <w:bCs/>
        </w:rPr>
      </w:pPr>
    </w:p>
    <w:p w14:paraId="73A2FB0D" w14:textId="30C2911E" w:rsidR="009132F8" w:rsidRDefault="009132F8" w:rsidP="00740EB1">
      <w:pPr>
        <w:rPr>
          <w:b/>
          <w:bCs/>
        </w:rPr>
      </w:pPr>
    </w:p>
    <w:p w14:paraId="0F97CCCD" w14:textId="26662202" w:rsidR="004E5F3D" w:rsidRDefault="007E67E8" w:rsidP="004E5F3D">
      <w:pPr>
        <w:pStyle w:val="Heading2"/>
        <w:numPr>
          <w:ilvl w:val="1"/>
          <w:numId w:val="16"/>
        </w:numPr>
        <w:tabs>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Dashboard Dosen</w:t>
      </w:r>
    </w:p>
    <w:p w14:paraId="4D2014A0" w14:textId="4393A43F" w:rsidR="004E5F3D" w:rsidRDefault="004E5F3D" w:rsidP="004E5F3D">
      <w:pPr>
        <w:ind w:left="720"/>
      </w:pPr>
      <w:r>
        <w:t>Pada Dashboard Dosen</w:t>
      </w:r>
      <w:r w:rsidR="00814453">
        <w:t>, terdapat menu pintas, dan menu Review Project.</w:t>
      </w:r>
    </w:p>
    <w:p w14:paraId="6FE8BFE9" w14:textId="4925F08D" w:rsidR="004E5F3D" w:rsidRDefault="004E5F3D" w:rsidP="004E5F3D">
      <w:pPr>
        <w:jc w:val="center"/>
      </w:pPr>
      <w:r w:rsidRPr="004E5F3D">
        <w:rPr>
          <w:noProof/>
        </w:rPr>
        <w:drawing>
          <wp:inline distT="0" distB="0" distL="0" distR="0" wp14:anchorId="4F8A3866" wp14:editId="2D4AA671">
            <wp:extent cx="5486400" cy="2567305"/>
            <wp:effectExtent l="0" t="0" r="0" b="4445"/>
            <wp:docPr id="173689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9459" name=""/>
                    <pic:cNvPicPr/>
                  </pic:nvPicPr>
                  <pic:blipFill>
                    <a:blip r:embed="rId33"/>
                    <a:stretch>
                      <a:fillRect/>
                    </a:stretch>
                  </pic:blipFill>
                  <pic:spPr>
                    <a:xfrm>
                      <a:off x="0" y="0"/>
                      <a:ext cx="5486400" cy="2567305"/>
                    </a:xfrm>
                    <a:prstGeom prst="rect">
                      <a:avLst/>
                    </a:prstGeom>
                  </pic:spPr>
                </pic:pic>
              </a:graphicData>
            </a:graphic>
          </wp:inline>
        </w:drawing>
      </w:r>
    </w:p>
    <w:p w14:paraId="29D31FBC" w14:textId="6CD246FD" w:rsidR="004E5F3D" w:rsidRDefault="004E5F3D" w:rsidP="004E5F3D">
      <w:pPr>
        <w:jc w:val="center"/>
      </w:pPr>
      <w:r>
        <w:t xml:space="preserve">Gambar </w:t>
      </w:r>
      <w:r w:rsidR="00542E4A">
        <w:t xml:space="preserve">Laman Dashboard </w:t>
      </w:r>
      <w:r>
        <w:t>Dosen</w:t>
      </w:r>
    </w:p>
    <w:p w14:paraId="4DCB6ECC" w14:textId="77777777" w:rsidR="001B351D" w:rsidRDefault="001B351D" w:rsidP="004E5F3D">
      <w:pPr>
        <w:jc w:val="center"/>
      </w:pPr>
    </w:p>
    <w:p w14:paraId="45ED54BD" w14:textId="1043F4F5" w:rsidR="001B351D" w:rsidRDefault="001B351D" w:rsidP="001B351D">
      <w:pPr>
        <w:pStyle w:val="ListParagraph"/>
        <w:numPr>
          <w:ilvl w:val="0"/>
          <w:numId w:val="23"/>
        </w:numPr>
        <w:rPr>
          <w:b/>
          <w:bCs/>
        </w:rPr>
      </w:pPr>
      <w:r w:rsidRPr="001B351D">
        <w:rPr>
          <w:b/>
          <w:bCs/>
        </w:rPr>
        <w:t>Menu Review Project</w:t>
      </w:r>
    </w:p>
    <w:p w14:paraId="4E7E3428" w14:textId="2D9628D5" w:rsidR="001B351D" w:rsidRDefault="001D7F34" w:rsidP="001B351D">
      <w:pPr>
        <w:pStyle w:val="ListParagraph"/>
        <w:numPr>
          <w:ilvl w:val="0"/>
          <w:numId w:val="24"/>
        </w:numPr>
      </w:pPr>
      <w:r w:rsidRPr="001D7F34">
        <w:t xml:space="preserve">Klik </w:t>
      </w:r>
      <w:r>
        <w:t>menu Review Project</w:t>
      </w:r>
    </w:p>
    <w:p w14:paraId="1BF9068E" w14:textId="614AA675" w:rsidR="001D7F34" w:rsidRDefault="00CA732B" w:rsidP="001B351D">
      <w:pPr>
        <w:pStyle w:val="ListParagraph"/>
        <w:numPr>
          <w:ilvl w:val="0"/>
          <w:numId w:val="24"/>
        </w:numPr>
      </w:pPr>
      <w:r>
        <w:t>Dosen dapat Export Data ke Excel, PDF dan Cetak Data,</w:t>
      </w:r>
    </w:p>
    <w:p w14:paraId="559CE651" w14:textId="5A51122A" w:rsidR="00CA732B" w:rsidRDefault="00CA732B" w:rsidP="001B351D">
      <w:pPr>
        <w:pStyle w:val="ListParagraph"/>
        <w:numPr>
          <w:ilvl w:val="0"/>
          <w:numId w:val="24"/>
        </w:numPr>
      </w:pPr>
      <w:r>
        <w:t>Dosen dapat melakukan pencarian Data(ajax)</w:t>
      </w:r>
    </w:p>
    <w:p w14:paraId="7B4BBA0D" w14:textId="0AFA5F03" w:rsidR="00CA732B" w:rsidRDefault="00CA732B" w:rsidP="001B351D">
      <w:pPr>
        <w:pStyle w:val="ListParagraph"/>
        <w:numPr>
          <w:ilvl w:val="0"/>
          <w:numId w:val="24"/>
        </w:numPr>
      </w:pPr>
      <w:r>
        <w:t>Dosen dapat melihat detail Projects</w:t>
      </w:r>
    </w:p>
    <w:p w14:paraId="75758946" w14:textId="77777777" w:rsidR="004E22BB" w:rsidRDefault="004E22BB" w:rsidP="004E22BB">
      <w:pPr>
        <w:pStyle w:val="ListParagraph"/>
        <w:ind w:left="1146"/>
      </w:pPr>
    </w:p>
    <w:p w14:paraId="23F29E68" w14:textId="71F0C09C" w:rsidR="00004429" w:rsidRDefault="00004429" w:rsidP="0003361E">
      <w:pPr>
        <w:pStyle w:val="ListParagraph"/>
        <w:ind w:left="0"/>
        <w:jc w:val="center"/>
      </w:pPr>
      <w:r w:rsidRPr="00004429">
        <w:rPr>
          <w:noProof/>
        </w:rPr>
        <w:drawing>
          <wp:inline distT="0" distB="0" distL="0" distR="0" wp14:anchorId="3C1A03E1" wp14:editId="3BBDB1C6">
            <wp:extent cx="5486400" cy="2567305"/>
            <wp:effectExtent l="0" t="0" r="0" b="4445"/>
            <wp:docPr id="85128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80856" name=""/>
                    <pic:cNvPicPr/>
                  </pic:nvPicPr>
                  <pic:blipFill>
                    <a:blip r:embed="rId34"/>
                    <a:stretch>
                      <a:fillRect/>
                    </a:stretch>
                  </pic:blipFill>
                  <pic:spPr>
                    <a:xfrm>
                      <a:off x="0" y="0"/>
                      <a:ext cx="5486400" cy="2567305"/>
                    </a:xfrm>
                    <a:prstGeom prst="rect">
                      <a:avLst/>
                    </a:prstGeom>
                  </pic:spPr>
                </pic:pic>
              </a:graphicData>
            </a:graphic>
          </wp:inline>
        </w:drawing>
      </w:r>
    </w:p>
    <w:p w14:paraId="49E20DB3" w14:textId="7EB54F60" w:rsidR="0003361E" w:rsidRDefault="0003361E" w:rsidP="0003361E">
      <w:pPr>
        <w:pStyle w:val="ListParagraph"/>
        <w:ind w:left="0"/>
        <w:jc w:val="center"/>
      </w:pPr>
      <w:r>
        <w:t>Gambar laman Review Projects</w:t>
      </w:r>
    </w:p>
    <w:p w14:paraId="7CFDC16B" w14:textId="64FF3967" w:rsidR="003D2835" w:rsidRPr="00571C64" w:rsidRDefault="003D2835" w:rsidP="00571C64">
      <w:pPr>
        <w:pStyle w:val="ListParagraph"/>
        <w:numPr>
          <w:ilvl w:val="0"/>
          <w:numId w:val="23"/>
        </w:numPr>
        <w:rPr>
          <w:b/>
          <w:bCs/>
        </w:rPr>
      </w:pPr>
      <w:r>
        <w:br w:type="page"/>
      </w:r>
      <w:r w:rsidR="00815393" w:rsidRPr="00571C64">
        <w:rPr>
          <w:b/>
          <w:bCs/>
        </w:rPr>
        <w:lastRenderedPageBreak/>
        <w:t>Detail Projects</w:t>
      </w:r>
    </w:p>
    <w:p w14:paraId="748BC48B" w14:textId="6754857D" w:rsidR="00815393" w:rsidRDefault="00E80903" w:rsidP="00815393">
      <w:pPr>
        <w:pStyle w:val="ListParagraph"/>
        <w:numPr>
          <w:ilvl w:val="0"/>
          <w:numId w:val="24"/>
        </w:numPr>
      </w:pPr>
      <w:r>
        <w:t xml:space="preserve">Klik </w:t>
      </w:r>
      <w:r w:rsidRPr="007E1C61">
        <w:rPr>
          <w:b/>
          <w:bCs/>
        </w:rPr>
        <w:t>DETAIL</w:t>
      </w:r>
      <w:r>
        <w:t>,</w:t>
      </w:r>
    </w:p>
    <w:p w14:paraId="12B65A81" w14:textId="1C2DAAA7" w:rsidR="00E80903" w:rsidRDefault="00E80903" w:rsidP="00815393">
      <w:pPr>
        <w:pStyle w:val="ListParagraph"/>
        <w:numPr>
          <w:ilvl w:val="0"/>
          <w:numId w:val="24"/>
        </w:numPr>
      </w:pPr>
      <w:r>
        <w:t>Dosen dapat unduh dan preview Projects,</w:t>
      </w:r>
    </w:p>
    <w:p w14:paraId="6CF28109" w14:textId="2D85764D" w:rsidR="00FF7FD8" w:rsidRDefault="00E80903" w:rsidP="00E80903">
      <w:pPr>
        <w:pStyle w:val="ListParagraph"/>
        <w:numPr>
          <w:ilvl w:val="0"/>
          <w:numId w:val="24"/>
        </w:numPr>
      </w:pPr>
      <w:r>
        <w:t>Dosen dapat memberikan Status Review(Submitted, Review,Accpeted, Rejected)</w:t>
      </w:r>
    </w:p>
    <w:p w14:paraId="331D4F8B" w14:textId="77777777" w:rsidR="005779FE" w:rsidRDefault="005779FE" w:rsidP="005779FE">
      <w:pPr>
        <w:pStyle w:val="ListParagraph"/>
        <w:ind w:left="1146"/>
      </w:pPr>
    </w:p>
    <w:p w14:paraId="6388ADC5" w14:textId="2A0127E0" w:rsidR="00FF7FD8" w:rsidRDefault="00FF7FD8" w:rsidP="0003361E">
      <w:pPr>
        <w:pStyle w:val="ListParagraph"/>
        <w:ind w:left="0"/>
        <w:jc w:val="center"/>
      </w:pPr>
      <w:r w:rsidRPr="00FF7FD8">
        <w:rPr>
          <w:noProof/>
        </w:rPr>
        <w:drawing>
          <wp:inline distT="0" distB="0" distL="0" distR="0" wp14:anchorId="09637E04" wp14:editId="0982566B">
            <wp:extent cx="5486400" cy="2444750"/>
            <wp:effectExtent l="0" t="0" r="0" b="0"/>
            <wp:docPr id="284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593" name=""/>
                    <pic:cNvPicPr/>
                  </pic:nvPicPr>
                  <pic:blipFill>
                    <a:blip r:embed="rId35"/>
                    <a:stretch>
                      <a:fillRect/>
                    </a:stretch>
                  </pic:blipFill>
                  <pic:spPr>
                    <a:xfrm>
                      <a:off x="0" y="0"/>
                      <a:ext cx="5486400" cy="2444750"/>
                    </a:xfrm>
                    <a:prstGeom prst="rect">
                      <a:avLst/>
                    </a:prstGeom>
                  </pic:spPr>
                </pic:pic>
              </a:graphicData>
            </a:graphic>
          </wp:inline>
        </w:drawing>
      </w:r>
    </w:p>
    <w:p w14:paraId="13FDF1BB" w14:textId="79F58A40" w:rsidR="00FF7FD8" w:rsidRDefault="00FF7FD8" w:rsidP="0003361E">
      <w:pPr>
        <w:pStyle w:val="ListParagraph"/>
        <w:ind w:left="0"/>
        <w:jc w:val="center"/>
      </w:pPr>
      <w:r>
        <w:t>Gambar Laman Detail Review</w:t>
      </w:r>
      <w:r w:rsidR="00BD2407">
        <w:t xml:space="preserve"> Projects</w:t>
      </w:r>
    </w:p>
    <w:p w14:paraId="61425D76" w14:textId="77777777" w:rsidR="00DE1E77" w:rsidRDefault="00DE1E77" w:rsidP="0003361E">
      <w:pPr>
        <w:pStyle w:val="ListParagraph"/>
        <w:ind w:left="0"/>
        <w:jc w:val="center"/>
      </w:pPr>
    </w:p>
    <w:p w14:paraId="3CA466EA" w14:textId="1FAD3B65" w:rsidR="00BB5B11" w:rsidRPr="00C45B4B" w:rsidRDefault="00000000" w:rsidP="00DE1E77">
      <w:pPr>
        <w:jc w:val="both"/>
        <w:rPr>
          <w:rFonts w:cs="Times New Roman"/>
          <w:sz w:val="24"/>
          <w:szCs w:val="24"/>
        </w:rPr>
      </w:pPr>
      <w:r w:rsidRPr="00C45B4B">
        <w:rPr>
          <w:rFonts w:cs="Times New Roman"/>
          <w:sz w:val="24"/>
          <w:szCs w:val="24"/>
        </w:rPr>
        <w:t>BAB 3 - PENUTUP</w:t>
      </w:r>
    </w:p>
    <w:p w14:paraId="2C2F8B79" w14:textId="2B524A2F" w:rsidR="00BB5B11" w:rsidRPr="00C45B4B" w:rsidRDefault="00000000" w:rsidP="00EB2CBD">
      <w:pPr>
        <w:jc w:val="both"/>
        <w:rPr>
          <w:rFonts w:cs="Times New Roman"/>
          <w:sz w:val="24"/>
          <w:szCs w:val="24"/>
        </w:rPr>
      </w:pPr>
      <w:r w:rsidRPr="00C45B4B">
        <w:rPr>
          <w:rFonts w:cs="Times New Roman"/>
          <w:sz w:val="24"/>
          <w:szCs w:val="24"/>
        </w:rPr>
        <w:t>PROLINKA diharapkan dapat menjadi solusi sistem informasi yang membantu pengelolaan kolaborasi akademik, administrasi, dan monitoring data secara efektif, terstruktur, dan modern. Manual book ini disusun sebagai panduan dasar penggunaan aplikasi agar pengguna dapat memahami fitur dan alur sistem dengan lebih mudah.</w:t>
      </w:r>
    </w:p>
    <w:sectPr w:rsidR="00BB5B11" w:rsidRPr="00C45B4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352DDE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D12760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F7E7A"/>
    <w:multiLevelType w:val="hybridMultilevel"/>
    <w:tmpl w:val="CB925CD2"/>
    <w:lvl w:ilvl="0" w:tplc="0421000F">
      <w:start w:val="1"/>
      <w:numFmt w:val="decimal"/>
      <w:lvlText w:val="%1."/>
      <w:lvlJc w:val="left"/>
      <w:pPr>
        <w:ind w:left="76" w:hanging="360"/>
      </w:p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0" w15:restartNumberingAfterBreak="0">
    <w:nsid w:val="08097026"/>
    <w:multiLevelType w:val="hybridMultilevel"/>
    <w:tmpl w:val="5D72385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0E4D6567"/>
    <w:multiLevelType w:val="hybridMultilevel"/>
    <w:tmpl w:val="5CF8F360"/>
    <w:lvl w:ilvl="0" w:tplc="A36E49B6">
      <w:start w:val="2"/>
      <w:numFmt w:val="bullet"/>
      <w:lvlText w:val=""/>
      <w:lvlJc w:val="left"/>
      <w:pPr>
        <w:ind w:left="786" w:hanging="360"/>
      </w:pPr>
      <w:rPr>
        <w:rFonts w:ascii="Wingdings" w:eastAsia="Times New Roman" w:hAnsi="Wingdings" w:cstheme="majorHAnsi"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2" w15:restartNumberingAfterBreak="0">
    <w:nsid w:val="136F496C"/>
    <w:multiLevelType w:val="multilevel"/>
    <w:tmpl w:val="658C185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7F3CCB"/>
    <w:multiLevelType w:val="hybridMultilevel"/>
    <w:tmpl w:val="FF04C9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47042BEE"/>
    <w:multiLevelType w:val="hybridMultilevel"/>
    <w:tmpl w:val="CAB63A0E"/>
    <w:lvl w:ilvl="0" w:tplc="3D7C4858">
      <w:start w:val="7"/>
      <w:numFmt w:val="bullet"/>
      <w:lvlText w:val=""/>
      <w:lvlJc w:val="left"/>
      <w:pPr>
        <w:ind w:left="786" w:hanging="360"/>
      </w:pPr>
      <w:rPr>
        <w:rFonts w:ascii="Wingdings" w:eastAsia="Times New Roman" w:hAnsi="Wingdings" w:cstheme="majorHAnsi"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5" w15:restartNumberingAfterBreak="0">
    <w:nsid w:val="54A639AE"/>
    <w:multiLevelType w:val="hybridMultilevel"/>
    <w:tmpl w:val="C2583C64"/>
    <w:lvl w:ilvl="0" w:tplc="3078DF30">
      <w:start w:val="2"/>
      <w:numFmt w:val="bullet"/>
      <w:lvlText w:val="-"/>
      <w:lvlJc w:val="left"/>
      <w:pPr>
        <w:ind w:left="1146" w:hanging="360"/>
      </w:pPr>
      <w:rPr>
        <w:rFonts w:ascii="Calibri" w:eastAsia="Times New Roman" w:hAnsi="Calibri" w:cs="Calibri"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6" w15:restartNumberingAfterBreak="0">
    <w:nsid w:val="56B228A8"/>
    <w:multiLevelType w:val="hybridMultilevel"/>
    <w:tmpl w:val="EF007C1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770F554D"/>
    <w:multiLevelType w:val="hybridMultilevel"/>
    <w:tmpl w:val="52D40F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65799858">
    <w:abstractNumId w:val="8"/>
  </w:num>
  <w:num w:numId="2" w16cid:durableId="2122843686">
    <w:abstractNumId w:val="6"/>
  </w:num>
  <w:num w:numId="3" w16cid:durableId="1150637637">
    <w:abstractNumId w:val="5"/>
  </w:num>
  <w:num w:numId="4" w16cid:durableId="1569459095">
    <w:abstractNumId w:val="4"/>
  </w:num>
  <w:num w:numId="5" w16cid:durableId="1328948156">
    <w:abstractNumId w:val="7"/>
  </w:num>
  <w:num w:numId="6" w16cid:durableId="1093818677">
    <w:abstractNumId w:val="3"/>
  </w:num>
  <w:num w:numId="7" w16cid:durableId="405156206">
    <w:abstractNumId w:val="2"/>
  </w:num>
  <w:num w:numId="8" w16cid:durableId="418215596">
    <w:abstractNumId w:val="1"/>
  </w:num>
  <w:num w:numId="9" w16cid:durableId="2042704036">
    <w:abstractNumId w:val="0"/>
  </w:num>
  <w:num w:numId="10" w16cid:durableId="47845081">
    <w:abstractNumId w:val="16"/>
  </w:num>
  <w:num w:numId="11" w16cid:durableId="1476944849">
    <w:abstractNumId w:val="9"/>
  </w:num>
  <w:num w:numId="12" w16cid:durableId="277882594">
    <w:abstractNumId w:val="7"/>
  </w:num>
  <w:num w:numId="13" w16cid:durableId="662854378">
    <w:abstractNumId w:val="10"/>
  </w:num>
  <w:num w:numId="14" w16cid:durableId="1829907758">
    <w:abstractNumId w:val="17"/>
  </w:num>
  <w:num w:numId="15" w16cid:durableId="1610502423">
    <w:abstractNumId w:val="13"/>
  </w:num>
  <w:num w:numId="16" w16cid:durableId="2038584100">
    <w:abstractNumId w:val="12"/>
  </w:num>
  <w:num w:numId="17" w16cid:durableId="821770687">
    <w:abstractNumId w:val="14"/>
  </w:num>
  <w:num w:numId="18" w16cid:durableId="1775586893">
    <w:abstractNumId w:val="7"/>
  </w:num>
  <w:num w:numId="19" w16cid:durableId="429546031">
    <w:abstractNumId w:val="7"/>
  </w:num>
  <w:num w:numId="20" w16cid:durableId="1881555033">
    <w:abstractNumId w:val="7"/>
  </w:num>
  <w:num w:numId="21" w16cid:durableId="690956199">
    <w:abstractNumId w:val="7"/>
  </w:num>
  <w:num w:numId="22" w16cid:durableId="585530601">
    <w:abstractNumId w:val="7"/>
  </w:num>
  <w:num w:numId="23" w16cid:durableId="1487941199">
    <w:abstractNumId w:val="11"/>
  </w:num>
  <w:num w:numId="24" w16cid:durableId="1427770231">
    <w:abstractNumId w:val="15"/>
  </w:num>
  <w:num w:numId="25" w16cid:durableId="2081631431">
    <w:abstractNumId w:val="7"/>
  </w:num>
  <w:num w:numId="26" w16cid:durableId="1531332352">
    <w:abstractNumId w:val="7"/>
  </w:num>
  <w:num w:numId="27" w16cid:durableId="226695875">
    <w:abstractNumId w:val="7"/>
  </w:num>
  <w:num w:numId="28" w16cid:durableId="552233349">
    <w:abstractNumId w:val="7"/>
  </w:num>
  <w:num w:numId="29" w16cid:durableId="1538393030">
    <w:abstractNumId w:val="7"/>
  </w:num>
  <w:num w:numId="30" w16cid:durableId="1501117843">
    <w:abstractNumId w:val="7"/>
  </w:num>
  <w:num w:numId="31" w16cid:durableId="1567493760">
    <w:abstractNumId w:val="7"/>
  </w:num>
  <w:num w:numId="32" w16cid:durableId="11759668">
    <w:abstractNumId w:val="7"/>
  </w:num>
  <w:num w:numId="33" w16cid:durableId="1722747727">
    <w:abstractNumId w:val="7"/>
  </w:num>
  <w:num w:numId="34" w16cid:durableId="1214005783">
    <w:abstractNumId w:val="7"/>
  </w:num>
  <w:num w:numId="35" w16cid:durableId="534080207">
    <w:abstractNumId w:val="7"/>
  </w:num>
  <w:num w:numId="36" w16cid:durableId="28383065">
    <w:abstractNumId w:val="7"/>
  </w:num>
  <w:num w:numId="37" w16cid:durableId="1338389453">
    <w:abstractNumId w:val="7"/>
  </w:num>
  <w:num w:numId="38" w16cid:durableId="679506308">
    <w:abstractNumId w:val="7"/>
  </w:num>
  <w:num w:numId="39" w16cid:durableId="1081296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429"/>
    <w:rsid w:val="000247A6"/>
    <w:rsid w:val="0003361E"/>
    <w:rsid w:val="00034616"/>
    <w:rsid w:val="0006063C"/>
    <w:rsid w:val="000640B1"/>
    <w:rsid w:val="0006743D"/>
    <w:rsid w:val="0007195A"/>
    <w:rsid w:val="000C1479"/>
    <w:rsid w:val="000E3B69"/>
    <w:rsid w:val="001008BB"/>
    <w:rsid w:val="00103FDE"/>
    <w:rsid w:val="001064A0"/>
    <w:rsid w:val="00106E61"/>
    <w:rsid w:val="001148D3"/>
    <w:rsid w:val="00115450"/>
    <w:rsid w:val="00116F38"/>
    <w:rsid w:val="00130F7B"/>
    <w:rsid w:val="0013105E"/>
    <w:rsid w:val="0015074B"/>
    <w:rsid w:val="00151945"/>
    <w:rsid w:val="00163FC3"/>
    <w:rsid w:val="00167CF2"/>
    <w:rsid w:val="00195361"/>
    <w:rsid w:val="001A4D41"/>
    <w:rsid w:val="001B351D"/>
    <w:rsid w:val="001C49BA"/>
    <w:rsid w:val="001D5847"/>
    <w:rsid w:val="001D7F34"/>
    <w:rsid w:val="001E3416"/>
    <w:rsid w:val="00202B8D"/>
    <w:rsid w:val="00203EC9"/>
    <w:rsid w:val="00222D2D"/>
    <w:rsid w:val="00223BF5"/>
    <w:rsid w:val="0023462C"/>
    <w:rsid w:val="00237209"/>
    <w:rsid w:val="00246C21"/>
    <w:rsid w:val="0029249E"/>
    <w:rsid w:val="0029639D"/>
    <w:rsid w:val="00296F67"/>
    <w:rsid w:val="002A041D"/>
    <w:rsid w:val="002A2225"/>
    <w:rsid w:val="002A4B1C"/>
    <w:rsid w:val="002C7B72"/>
    <w:rsid w:val="002D03E9"/>
    <w:rsid w:val="002D296A"/>
    <w:rsid w:val="002D6D05"/>
    <w:rsid w:val="002E44C3"/>
    <w:rsid w:val="002E72D3"/>
    <w:rsid w:val="002F5847"/>
    <w:rsid w:val="003218D4"/>
    <w:rsid w:val="00321D20"/>
    <w:rsid w:val="00326F90"/>
    <w:rsid w:val="003569FF"/>
    <w:rsid w:val="00360850"/>
    <w:rsid w:val="0037739C"/>
    <w:rsid w:val="003B6BE9"/>
    <w:rsid w:val="003C250C"/>
    <w:rsid w:val="003D1753"/>
    <w:rsid w:val="003D2835"/>
    <w:rsid w:val="003E50FD"/>
    <w:rsid w:val="003E5C77"/>
    <w:rsid w:val="00410345"/>
    <w:rsid w:val="00411463"/>
    <w:rsid w:val="00411A0A"/>
    <w:rsid w:val="00414D84"/>
    <w:rsid w:val="0042307A"/>
    <w:rsid w:val="00424F67"/>
    <w:rsid w:val="00434541"/>
    <w:rsid w:val="00437D34"/>
    <w:rsid w:val="004679EE"/>
    <w:rsid w:val="004853F4"/>
    <w:rsid w:val="00486085"/>
    <w:rsid w:val="00491BF4"/>
    <w:rsid w:val="00491C61"/>
    <w:rsid w:val="004A52F7"/>
    <w:rsid w:val="004A7751"/>
    <w:rsid w:val="004B2F6A"/>
    <w:rsid w:val="004D0C19"/>
    <w:rsid w:val="004D4BD3"/>
    <w:rsid w:val="004D6077"/>
    <w:rsid w:val="004E22BB"/>
    <w:rsid w:val="004E5F3D"/>
    <w:rsid w:val="00500C77"/>
    <w:rsid w:val="005301A4"/>
    <w:rsid w:val="00534B4A"/>
    <w:rsid w:val="00542E4A"/>
    <w:rsid w:val="00566A83"/>
    <w:rsid w:val="00567130"/>
    <w:rsid w:val="00571C64"/>
    <w:rsid w:val="00573513"/>
    <w:rsid w:val="005779FE"/>
    <w:rsid w:val="00584198"/>
    <w:rsid w:val="00585CBB"/>
    <w:rsid w:val="005C141E"/>
    <w:rsid w:val="005C675C"/>
    <w:rsid w:val="005D2C35"/>
    <w:rsid w:val="005D32F7"/>
    <w:rsid w:val="005F232E"/>
    <w:rsid w:val="00606F70"/>
    <w:rsid w:val="0062589B"/>
    <w:rsid w:val="00627E78"/>
    <w:rsid w:val="006418A0"/>
    <w:rsid w:val="00644DB3"/>
    <w:rsid w:val="006511AB"/>
    <w:rsid w:val="006514C1"/>
    <w:rsid w:val="006549FC"/>
    <w:rsid w:val="0067174D"/>
    <w:rsid w:val="00677161"/>
    <w:rsid w:val="006876B0"/>
    <w:rsid w:val="006901ED"/>
    <w:rsid w:val="006925D8"/>
    <w:rsid w:val="006A7A6D"/>
    <w:rsid w:val="006B00F0"/>
    <w:rsid w:val="006B7A42"/>
    <w:rsid w:val="006C08DD"/>
    <w:rsid w:val="006D52E8"/>
    <w:rsid w:val="006F3888"/>
    <w:rsid w:val="00707584"/>
    <w:rsid w:val="007140CE"/>
    <w:rsid w:val="007348B1"/>
    <w:rsid w:val="00740EB1"/>
    <w:rsid w:val="007665E3"/>
    <w:rsid w:val="00771968"/>
    <w:rsid w:val="00782F9B"/>
    <w:rsid w:val="007913B9"/>
    <w:rsid w:val="00796114"/>
    <w:rsid w:val="007A14FF"/>
    <w:rsid w:val="007B2790"/>
    <w:rsid w:val="007D0247"/>
    <w:rsid w:val="007D2CA7"/>
    <w:rsid w:val="007E1C61"/>
    <w:rsid w:val="007E67E8"/>
    <w:rsid w:val="00801912"/>
    <w:rsid w:val="0080575B"/>
    <w:rsid w:val="00814453"/>
    <w:rsid w:val="00815393"/>
    <w:rsid w:val="00846598"/>
    <w:rsid w:val="00867BEE"/>
    <w:rsid w:val="008828BA"/>
    <w:rsid w:val="008A0FE9"/>
    <w:rsid w:val="008C0095"/>
    <w:rsid w:val="008C6DC2"/>
    <w:rsid w:val="009010D4"/>
    <w:rsid w:val="009132F8"/>
    <w:rsid w:val="00930805"/>
    <w:rsid w:val="00935B67"/>
    <w:rsid w:val="009942CC"/>
    <w:rsid w:val="00994C27"/>
    <w:rsid w:val="009A5BCE"/>
    <w:rsid w:val="009B6893"/>
    <w:rsid w:val="009C63A3"/>
    <w:rsid w:val="009D0016"/>
    <w:rsid w:val="009D19C5"/>
    <w:rsid w:val="009F0B18"/>
    <w:rsid w:val="009F438E"/>
    <w:rsid w:val="00A31F68"/>
    <w:rsid w:val="00A33E70"/>
    <w:rsid w:val="00A4374A"/>
    <w:rsid w:val="00A44F30"/>
    <w:rsid w:val="00A54CF5"/>
    <w:rsid w:val="00A579D3"/>
    <w:rsid w:val="00A63329"/>
    <w:rsid w:val="00A80ABC"/>
    <w:rsid w:val="00AA1D8D"/>
    <w:rsid w:val="00AC255B"/>
    <w:rsid w:val="00AC38C2"/>
    <w:rsid w:val="00AE520D"/>
    <w:rsid w:val="00AF30C4"/>
    <w:rsid w:val="00AF5BB2"/>
    <w:rsid w:val="00B05215"/>
    <w:rsid w:val="00B306DB"/>
    <w:rsid w:val="00B47730"/>
    <w:rsid w:val="00B54C48"/>
    <w:rsid w:val="00B56D4B"/>
    <w:rsid w:val="00B6526C"/>
    <w:rsid w:val="00B7341F"/>
    <w:rsid w:val="00B82AEE"/>
    <w:rsid w:val="00B84366"/>
    <w:rsid w:val="00B86017"/>
    <w:rsid w:val="00BB5B11"/>
    <w:rsid w:val="00BC2039"/>
    <w:rsid w:val="00BD12B4"/>
    <w:rsid w:val="00BD2407"/>
    <w:rsid w:val="00BD524C"/>
    <w:rsid w:val="00BF1D47"/>
    <w:rsid w:val="00C139F0"/>
    <w:rsid w:val="00C16ACB"/>
    <w:rsid w:val="00C257A3"/>
    <w:rsid w:val="00C30E78"/>
    <w:rsid w:val="00C3606E"/>
    <w:rsid w:val="00C45726"/>
    <w:rsid w:val="00C45B4B"/>
    <w:rsid w:val="00C46310"/>
    <w:rsid w:val="00C67D64"/>
    <w:rsid w:val="00C76D74"/>
    <w:rsid w:val="00CA732B"/>
    <w:rsid w:val="00CA7FBA"/>
    <w:rsid w:val="00CB0664"/>
    <w:rsid w:val="00CD211D"/>
    <w:rsid w:val="00CF16A9"/>
    <w:rsid w:val="00CF4A5A"/>
    <w:rsid w:val="00CF65CE"/>
    <w:rsid w:val="00D23DD8"/>
    <w:rsid w:val="00D26B22"/>
    <w:rsid w:val="00D3159F"/>
    <w:rsid w:val="00D45257"/>
    <w:rsid w:val="00D51A86"/>
    <w:rsid w:val="00D55286"/>
    <w:rsid w:val="00D56677"/>
    <w:rsid w:val="00D64D0A"/>
    <w:rsid w:val="00D700AE"/>
    <w:rsid w:val="00D727F1"/>
    <w:rsid w:val="00D925B1"/>
    <w:rsid w:val="00D926FA"/>
    <w:rsid w:val="00D929F8"/>
    <w:rsid w:val="00D953FA"/>
    <w:rsid w:val="00DA3E67"/>
    <w:rsid w:val="00DA4252"/>
    <w:rsid w:val="00DB5F55"/>
    <w:rsid w:val="00DE1E77"/>
    <w:rsid w:val="00E25D6B"/>
    <w:rsid w:val="00E53F10"/>
    <w:rsid w:val="00E54FA1"/>
    <w:rsid w:val="00E56F8D"/>
    <w:rsid w:val="00E603CF"/>
    <w:rsid w:val="00E80903"/>
    <w:rsid w:val="00E8484D"/>
    <w:rsid w:val="00EB2CBD"/>
    <w:rsid w:val="00EB2F3D"/>
    <w:rsid w:val="00EE0D93"/>
    <w:rsid w:val="00EE5A90"/>
    <w:rsid w:val="00EF10EB"/>
    <w:rsid w:val="00EF72B4"/>
    <w:rsid w:val="00F01BCF"/>
    <w:rsid w:val="00F06E0D"/>
    <w:rsid w:val="00F410C8"/>
    <w:rsid w:val="00F471B9"/>
    <w:rsid w:val="00F86BF6"/>
    <w:rsid w:val="00FA323C"/>
    <w:rsid w:val="00FB1189"/>
    <w:rsid w:val="00FB11BE"/>
    <w:rsid w:val="00FC693F"/>
    <w:rsid w:val="00FE3D6E"/>
    <w:rsid w:val="00FE40B3"/>
    <w:rsid w:val="00FF7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EE5435"/>
  <w14:defaultImageDpi w14:val="300"/>
  <w15:docId w15:val="{A916D3FC-BA4D-483A-B355-17E1BA41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19</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adeskriwil kriwil</cp:lastModifiedBy>
  <cp:revision>215</cp:revision>
  <dcterms:created xsi:type="dcterms:W3CDTF">2013-12-23T23:15:00Z</dcterms:created>
  <dcterms:modified xsi:type="dcterms:W3CDTF">2026-07-31T14:26:00Z</dcterms:modified>
  <cp:category/>
</cp:coreProperties>
</file>